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329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1106055</wp:posOffset>
            </wp:positionH>
            <wp:positionV relativeFrom="page">
              <wp:posOffset>894905</wp:posOffset>
            </wp:positionV>
            <wp:extent cx="4634230" cy="102108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1021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2057654</wp:posOffset>
            </wp:positionV>
            <wp:extent cx="6544310" cy="2921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29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2909951</wp:posOffset>
            </wp:positionV>
            <wp:extent cx="2809875" cy="127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2909951</wp:posOffset>
            </wp:positionV>
            <wp:extent cx="1571625" cy="127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3470783</wp:posOffset>
            </wp:positionV>
            <wp:extent cx="2809875" cy="127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3751198</wp:posOffset>
            </wp:positionV>
            <wp:extent cx="3952875" cy="127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5455665</wp:posOffset>
            </wp:positionH>
            <wp:positionV relativeFrom="page">
              <wp:posOffset>4731130</wp:posOffset>
            </wp:positionV>
            <wp:extent cx="1016635" cy="1016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4747894</wp:posOffset>
            </wp:positionV>
            <wp:extent cx="2809875" cy="1016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5028310</wp:posOffset>
            </wp:positionV>
            <wp:extent cx="2809875" cy="1270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4747894</wp:posOffset>
            </wp:positionV>
            <wp:extent cx="1571625" cy="1016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5028310</wp:posOffset>
            </wp:positionV>
            <wp:extent cx="1571625" cy="127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6586092</wp:posOffset>
            </wp:positionV>
            <wp:extent cx="2809875" cy="127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2068322</wp:posOffset>
            </wp:positionH>
            <wp:positionV relativeFrom="page">
              <wp:posOffset>6305676</wp:posOffset>
            </wp:positionV>
            <wp:extent cx="2225675" cy="127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6586092</wp:posOffset>
            </wp:positionV>
            <wp:extent cx="1571625" cy="127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7146925</wp:posOffset>
            </wp:positionV>
            <wp:extent cx="1571625" cy="1270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673" w:after="0"/>
        <w:ind w:left="0" w:right="0"/>
      </w:pPr>
    </w:p>
    <w:tbl>
      <w:tblPr>
        <w:tblW w:type="auto" w:w="0"/>
        <w:tblInd w:type="dxa" w:w="83"/>
        <w:tblLayout w:type="fixed"/>
        <w:tblLook w:firstColumn="1" w:firstRow="1" w:lastColumn="0" w:lastRow="0" w:noHBand="0" w:noVBand="1" w:val="04A0"/>
      </w:tblPr>
      <w:tblGrid>
        <w:gridCol w:w="10412"/>
      </w:tblGrid>
      <w:tr>
        <w:trPr>
          <w:trHeight w:hRule="exact" w:val="2318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1997" w:after="0"/>
              <w:ind w:left="43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2"/>
                <w:sz w:val="17"/>
              </w:rPr>
              <w:t>PLANO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TRABALHO</w:t>
            </w:r>
          </w:p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394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1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DADOS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ENTIDADE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PARCEIRA</w:t>
            </w:r>
          </w:p>
        </w:tc>
      </w:tr>
      <w:tr>
        <w:trPr>
          <w:trHeight w:hRule="exact" w:val="663"/>
        </w:trPr>
        <w:tc>
          <w:tcPr>
            <w:tcW w:type="dxa" w:w="10303"/>
            <w:vMerge w:val="restart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RAZÃO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SOCIAL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8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ASSOCIAÇÃO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BENEFICENTE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LUZ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NOVO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MUNDO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4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CNPJ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SEDE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3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219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349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0001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26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242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INSC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MUNICIPAL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ENDEREÇO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SEDE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8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Rua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Pedro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Rabelo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nº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267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JD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Novo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Carrao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Paulo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CEP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08255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49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TELEFONE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13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3375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6775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97950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1915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4115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7996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01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genteiluminada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@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hotmail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com</w:t>
            </w:r>
          </w:p>
        </w:tc>
      </w:tr>
      <w:tr>
        <w:trPr>
          <w:trHeight w:hRule="exact" w:val="1558"/>
        </w:trPr>
        <w:tc>
          <w:tcPr>
            <w:tcW w:type="dxa" w:w="10412"/>
            <w:vMerge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378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2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DADOS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DO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7"/>
              </w:rPr>
              <w:t>DIRIGENTE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PRESIDENTE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7"/>
              </w:rPr>
              <w:t>)</w:t>
            </w:r>
          </w:p>
        </w:tc>
      </w:tr>
      <w:tr>
        <w:trPr>
          <w:trHeight w:hRule="exact" w:val="221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NOME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108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MARIA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AMÉLlA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NECHI</w:t>
            </w:r>
          </w:p>
        </w:tc>
      </w:tr>
      <w:tr>
        <w:trPr>
          <w:trHeight w:hRule="exact" w:val="442"/>
        </w:trPr>
        <w:tc>
          <w:tcPr>
            <w:tcW w:type="dxa" w:w="10303"/>
            <w:tcBorders>
              <w:top w:val="single" w:sz="6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ENDEREÇO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06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Rua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Pedro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Rabelo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267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Jardim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Novo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Carrão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CEP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908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Paulo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SP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,</w:t>
            </w:r>
          </w:p>
        </w:tc>
      </w:tr>
      <w:tr>
        <w:trPr>
          <w:trHeight w:hRule="exact" w:val="442"/>
        </w:trPr>
        <w:tc>
          <w:tcPr>
            <w:tcW w:type="dxa" w:w="10303"/>
            <w:vMerge w:val="restart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TELEFONE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61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11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97728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3433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36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FF"/>
                <w:spacing w:val="1226"/>
                <w:sz w:val="17"/>
              </w:rPr>
              <w:t xml:space="preserve"> </w:t>
            </w:r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-1"/>
                  <w:sz w:val="17"/>
                </w:rPr>
                <w:t>elen</w:t>
              </w:r>
            </w:hyperlink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0"/>
                  <w:sz w:val="17"/>
                </w:rPr>
                <w:t>.</w:t>
              </w:r>
            </w:hyperlink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0"/>
                  <w:sz w:val="17"/>
                </w:rPr>
                <w:t>nal</w:t>
              </w:r>
            </w:hyperlink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-1"/>
                  <w:sz w:val="17"/>
                </w:rPr>
                <w:t>@</w:t>
              </w:r>
            </w:hyperlink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-1"/>
                  <w:sz w:val="17"/>
                </w:rPr>
                <w:t>ho</w:t>
              </w:r>
            </w:hyperlink>
            <w:r>
              <w:rPr>
                <w:rFonts w:ascii="Calibri" w:hAnsi="Calibri" w:eastAsia="Calibri"/>
                <w:b w:val="0"/>
                <w:i w:val="0"/>
                <w:color w:val="0000FF"/>
                <w:w w:val="99"/>
                <w:sz w:val="17"/>
              </w:rPr>
              <w:t>tmail</w:t>
            </w:r>
            <w:r>
              <w:rPr>
                <w:rFonts w:ascii="Calibri" w:hAnsi="Calibri" w:eastAsia="Calibri"/>
                <w:b w:val="0"/>
                <w:i w:val="0"/>
                <w:color w:val="0000FF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FF"/>
                <w:w w:val="99"/>
                <w:sz w:val="17"/>
              </w:rPr>
              <w:t>com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3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RG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3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211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10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CPF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163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237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928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77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VIGENCIA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ATA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33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de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29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01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2019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6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9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01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2024</w:t>
            </w:r>
          </w:p>
        </w:tc>
      </w:tr>
      <w:tr>
        <w:trPr>
          <w:trHeight w:hRule="exact" w:val="442"/>
        </w:trPr>
        <w:tc>
          <w:tcPr>
            <w:tcW w:type="dxa" w:w="10412"/>
            <w:vMerge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675"/>
        </w:trPr>
        <w:tc>
          <w:tcPr>
            <w:tcW w:type="dxa" w:w="10412"/>
            <w:vMerge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400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3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DADOS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DA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UNIDADE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ESCOLAR</w:t>
            </w:r>
          </w:p>
        </w:tc>
      </w:tr>
      <w:tr>
        <w:trPr>
          <w:trHeight w:hRule="exact" w:val="221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NOME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FANTASIA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9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CRECHE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SEMENTINHA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ESPERANÇA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7"/>
              </w:rPr>
              <w:t>II</w:t>
            </w:r>
          </w:p>
        </w:tc>
      </w:tr>
      <w:tr>
        <w:trPr>
          <w:trHeight w:hRule="exact" w:val="442"/>
        </w:trPr>
        <w:tc>
          <w:tcPr>
            <w:tcW w:type="dxa" w:w="10303"/>
            <w:tcBorders>
              <w:top w:val="single" w:sz="6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ENDEREÇO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06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TEREZA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RAVAZIO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MAGNI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226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JD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FORTALEZA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CEP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07153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180</w:t>
            </w:r>
          </w:p>
        </w:tc>
      </w:tr>
      <w:tr>
        <w:trPr>
          <w:trHeight w:hRule="exact" w:val="883"/>
        </w:trPr>
        <w:tc>
          <w:tcPr>
            <w:tcW w:type="dxa" w:w="10303"/>
            <w:vMerge w:val="restart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CNPJ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ESCOLAR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TELEFONE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60"/>
                <w:sz w:val="15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5"/>
              </w:rPr>
              <w:t>11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5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5"/>
              </w:rPr>
              <w:t>97728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5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5"/>
              </w:rPr>
              <w:t>3433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45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-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226"/>
                <w:sz w:val="17"/>
              </w:rPr>
              <w:t xml:space="preserve"> </w:t>
            </w:r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2"/>
                  <w:sz w:val="17"/>
                  <w:u w:val="single"/>
                </w:rPr>
                <w:t>elen</w:t>
              </w:r>
            </w:hyperlink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0"/>
                  <w:sz w:val="17"/>
                  <w:u w:val="single"/>
                </w:rPr>
                <w:t>.</w:t>
              </w:r>
            </w:hyperlink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-2"/>
                  <w:sz w:val="17"/>
                  <w:u w:val="single"/>
                </w:rPr>
                <w:t>nal</w:t>
              </w:r>
            </w:hyperlink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-1"/>
                  <w:sz w:val="17"/>
                  <w:u w:val="single"/>
                </w:rPr>
                <w:t>@</w:t>
              </w:r>
            </w:hyperlink>
            <w:hyperlink r:id="rId9" w:history="1">
              <w:r>
                <w:rPr>
                  <w:rStyle w:val="Hyperlink"/>
                  <w:rFonts w:ascii="Calibri" w:hAnsi="Calibri" w:eastAsia="Calibri"/>
                  <w:b w:val="0"/>
                  <w:i w:val="0"/>
                  <w:color w:val="0000FF"/>
                  <w:spacing w:val="1"/>
                  <w:sz w:val="17"/>
                  <w:u w:val="single"/>
                </w:rPr>
                <w:t>ho</w:t>
              </w:r>
            </w:hyperlink>
            <w:r>
              <w:rPr>
                <w:rFonts w:ascii="Calibri" w:hAnsi="Calibri" w:eastAsia="Calibri"/>
                <w:b w:val="0"/>
                <w:i w:val="0"/>
                <w:color w:val="0000FF"/>
                <w:spacing w:val="-2"/>
                <w:sz w:val="17"/>
                <w:u w:val="single"/>
              </w:rPr>
              <w:t>tmail</w:t>
            </w:r>
            <w:r>
              <w:rPr>
                <w:rFonts w:ascii="Calibri" w:hAnsi="Calibri" w:eastAsia="Calibri"/>
                <w:b w:val="0"/>
                <w:i w:val="0"/>
                <w:color w:val="0000FF"/>
                <w:sz w:val="17"/>
                <w:u w:val="single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FF"/>
                <w:w w:val="101"/>
                <w:sz w:val="17"/>
                <w:u w:val="single"/>
              </w:rPr>
              <w:t>com</w:t>
            </w:r>
            <w:r>
              <w:rPr>
                <w:rFonts w:ascii="Calibri" w:hAnsi="Calibri" w:eastAsia="Calibri"/>
                <w:b w:val="0"/>
                <w:i w:val="0"/>
                <w:color w:val="0000FF"/>
                <w:spacing w:val="0"/>
                <w:sz w:val="17"/>
                <w:u w:val="single"/>
              </w:rPr>
              <w:t xml:space="preserve"> 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6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7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___________________________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192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CONTA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CORRENTE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9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_____________________________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DADOS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BANCÁRIOS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: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16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AGENCIA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5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___________________________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1192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CONTA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POUPANÇA</w:t>
            </w:r>
          </w:p>
        </w:tc>
      </w:tr>
      <w:tr>
        <w:trPr>
          <w:trHeight w:hRule="exact" w:val="883"/>
        </w:trPr>
        <w:tc>
          <w:tcPr>
            <w:tcW w:type="dxa" w:w="10412"/>
            <w:vMerge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10412"/>
            <w:vMerge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468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4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OBJETIVOS</w:t>
            </w:r>
          </w:p>
        </w:tc>
      </w:tr>
      <w:tr>
        <w:trPr>
          <w:trHeight w:hRule="exact" w:val="221"/>
        </w:trPr>
        <w:tc>
          <w:tcPr>
            <w:tcW w:type="dxa" w:w="10303"/>
            <w:tcBorders>
              <w:top w:val="single" w:sz="6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Atendimento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Modalidade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Educação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Básica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Educação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Infantil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Creche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Pré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Escola</w:t>
            </w:r>
          </w:p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2" w:after="0"/>
              <w:ind w:left="455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5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7"/>
              </w:rPr>
              <w:t>JUSTIFICATIVA</w:t>
            </w:r>
          </w:p>
        </w:tc>
      </w:tr>
      <w:tr>
        <w:trPr>
          <w:trHeight w:hRule="exact" w:val="233"/>
        </w:trPr>
        <w:tc>
          <w:tcPr>
            <w:tcW w:type="dxa" w:w="1030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4" w:h="16836"/>
          <w:pgMar w:top="661" w:right="800" w:bottom="1440" w:left="692" w:header="720" w:footer="720" w:gutter="0"/>
          <w:cols w:space="720" w:num="1" w:equalWidth="0">
            <w:col w:w="1041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71"/>
        <w:ind w:left="0" w:right="0"/>
      </w:pPr>
      <w:r>
        <w:pict>
          <v:shape path="m,l,1000r1000,l1000,xe" filled="f" stroked="f" style="margin-left:52.8pt;margin-top:124.87pt;width:54.47pt;height:7.97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39" w:lineRule="exact" w:before="0" w:after="0"/>
                    <w:ind w:left="0" w:right="0" w:firstLine="0"/>
                    <w:jc w:val="left"/>
                  </w:pPr>
                  <w:r>
                    <w:rPr>
                      <w:rFonts w:ascii="Calibri" w:hAnsi="Calibri" w:eastAsia="Calibri"/>
                      <w:b/>
                      <w:i w:val="0"/>
                      <w:color w:val="221F1F"/>
                      <w:spacing w:val="3"/>
                      <w:sz w:val="14"/>
                    </w:rPr>
                    <w:t>a</w:t>
                  </w:r>
                  <w:r>
                    <w:rPr>
                      <w:rFonts w:ascii="Times New Roman" w:hAnsi="Times New Roman" w:eastAsia="Times New Roman"/>
                      <w:b/>
                      <w:color w:val="221F1F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221F1F"/>
                      <w:spacing w:val="3"/>
                      <w:sz w:val="14"/>
                    </w:rPr>
                    <w:t>unidade</w:t>
                  </w:r>
                  <w:r>
                    <w:rPr>
                      <w:rFonts w:ascii="Times New Roman" w:hAnsi="Times New Roman" w:eastAsia="Times New Roman"/>
                      <w:b/>
                      <w:color w:val="221F1F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221F1F"/>
                      <w:spacing w:val="3"/>
                      <w:sz w:val="14"/>
                    </w:rPr>
                    <w:t>escolar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556" w:after="0"/>
        <w:ind w:left="0" w:right="0"/>
      </w:pPr>
    </w:p>
    <w:tbl>
      <w:tblPr>
        <w:tblW w:type="auto" w:w="0"/>
        <w:tblInd w:type="dxa" w:w="83"/>
        <w:tblLayout w:type="fixed"/>
        <w:tblLook w:firstColumn="1" w:firstRow="1" w:lastColumn="0" w:lastRow="0" w:noHBand="0" w:noVBand="1" w:val="04A0"/>
      </w:tblPr>
      <w:tblGrid>
        <w:gridCol w:w="3471"/>
        <w:gridCol w:w="3471"/>
        <w:gridCol w:w="3471"/>
      </w:tblGrid>
      <w:tr>
        <w:trPr>
          <w:trHeight w:hRule="exact" w:val="221"/>
        </w:trPr>
        <w:tc>
          <w:tcPr>
            <w:tcW w:type="dxa" w:w="10303"/>
            <w:gridSpan w:val="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481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6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METAS</w:t>
            </w:r>
          </w:p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FF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7" w:after="0"/>
              <w:ind w:left="104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META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FF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7" w:after="0"/>
              <w:ind w:left="97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2"/>
                <w:sz w:val="17"/>
              </w:rPr>
              <w:t>FORMA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EXECUÇÃO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FF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7" w:after="0"/>
              <w:ind w:left="106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2"/>
                <w:sz w:val="17"/>
              </w:rPr>
              <w:t>PARÂMETROS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2"/>
                <w:sz w:val="17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FFFFFF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AFERIÇÃO</w:t>
            </w:r>
          </w:p>
        </w:tc>
      </w:tr>
      <w:tr>
        <w:trPr>
          <w:trHeight w:hRule="exact" w:val="991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159" w:after="0"/>
              <w:ind w:left="30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Matricular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30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Calibri" w:hAnsi="Calibri" w:eastAsia="Calibri"/>
                <w:b/>
                <w:i w:val="0"/>
                <w:color w:val="221F1F"/>
                <w:w w:val="103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30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acordo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número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8" w:after="0"/>
              <w:ind w:left="30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atendimento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previsto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102" w:after="0"/>
              <w:ind w:left="3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Efetivar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matrículas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crianças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8" w:after="0"/>
              <w:ind w:left="3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encaminhadas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Secretaria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Educação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69" w:after="0"/>
              <w:ind w:left="2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consulta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sistema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Municipal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2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Educação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27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0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6"/>
                <w:sz w:val="14"/>
              </w:rPr>
              <w:t>%</w:t>
            </w:r>
          </w:p>
        </w:tc>
      </w:tr>
      <w:tr>
        <w:trPr>
          <w:trHeight w:hRule="exact" w:val="1190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69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Acompanhar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tomar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devidas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providências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assegurar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frequência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todas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7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5" w:after="0"/>
              <w:ind w:left="3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frequência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será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acompanhada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3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próprios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5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Consulta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anotações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efetuadas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6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Ação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Supervisora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realizada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“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3"/>
                <w:sz w:val="14"/>
              </w:rPr>
              <w:t>in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3"/>
                <w:sz w:val="14"/>
              </w:rPr>
              <w:t>loco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”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mensalmente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Média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Geral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Escolar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Baixa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Frequencia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4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Alunos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Frequentes</w:t>
            </w:r>
          </w:p>
        </w:tc>
      </w:tr>
      <w:tr>
        <w:trPr>
          <w:trHeight w:hRule="exact" w:val="1381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91" w:after="0"/>
              <w:ind w:left="69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%(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69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gratuidade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no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atendimento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02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conformidade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cláusulas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Termo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Colaboração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91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arquivos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próprios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houver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denúncia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além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anotações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efetuadas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Supervisora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realizada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“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loco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”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mensalmente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666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79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limpeza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limpeza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,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higiene</w:t>
            </w:r>
            <w:r>
              <w:rPr>
                <w:rFonts w:ascii="Times New Roman" w:hAnsi="Times New Roman" w:eastAsia="Times New Roman"/>
                <w:b/>
                <w:color w:val="221F1F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todos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os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espaços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pleno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8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funcionamento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unidade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/>
                <w:i w:val="0"/>
                <w:color w:val="221F1F"/>
                <w:w w:val="103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fim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assegurar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um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ambiente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qualidade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1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crianças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25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limpeza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higiene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mantendo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conscientização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funcionários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manutenção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espaços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além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manutenção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7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80" w:after="0"/>
              <w:ind w:left="1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fotográfico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1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0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6"/>
                <w:sz w:val="14"/>
              </w:rPr>
              <w:t>%</w:t>
            </w:r>
          </w:p>
        </w:tc>
      </w:tr>
      <w:tr>
        <w:trPr>
          <w:trHeight w:hRule="exact" w:val="1068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01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Manter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quadro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recursos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humanos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previsto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69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Conforme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necessidade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acordo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4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legislação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específica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6" w:after="0"/>
              <w:ind w:left="5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comparando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Plano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5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Trabalho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5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0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6"/>
                <w:sz w:val="14"/>
              </w:rPr>
              <w:t>%</w:t>
            </w:r>
          </w:p>
        </w:tc>
      </w:tr>
      <w:tr>
        <w:trPr>
          <w:trHeight w:hRule="exact" w:val="1524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5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formação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continuada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profissionais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acordo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com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propostas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SE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3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formação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continuada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seus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profissionais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6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Acompanhamento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formações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quando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oferecidas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própria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Instituição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reuniões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gestora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10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534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58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Manter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organizada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atualizada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7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documentação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Unidade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Educacional</w:t>
            </w:r>
            <w:r>
              <w:rPr>
                <w:rFonts w:ascii="Calibri" w:hAnsi="Calibri" w:eastAsia="Calibri"/>
                <w:b/>
                <w:i w:val="0"/>
                <w:color w:val="221F1F"/>
                <w:w w:val="103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atendidas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funcionários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6"/>
                <w:sz w:val="14"/>
              </w:rPr>
              <w:t>.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4" w:after="0"/>
              <w:ind w:left="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arquivar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maneira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adequada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acordo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legislação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vigente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documentação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funcionários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100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Conferencias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2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2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368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57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uma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alimentação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5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saudável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qualidade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boa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5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apresentação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atendidas</w:t>
            </w:r>
            <w:r>
              <w:rPr>
                <w:rFonts w:ascii="Calibri" w:hAnsi="Calibri" w:eastAsia="Calibri"/>
                <w:b/>
                <w:i w:val="0"/>
                <w:color w:val="221F1F"/>
                <w:w w:val="102"/>
                <w:sz w:val="14"/>
              </w:rPr>
              <w:t>,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5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segundo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disposto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no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Programa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9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Alimentação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Escolar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PNAE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);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79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conformidade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cláusulas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Termo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Colaboração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90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Acompanhamento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quando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necessário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junto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Nutrição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501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90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condições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ambientes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conservação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espaços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adequados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bem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-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estar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desenvolvimento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integral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todas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atendidas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6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3" w:after="0"/>
              <w:ind w:left="9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Manutenção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estrutural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unidade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9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5" w:after="0"/>
              <w:ind w:left="4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Supervisão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quando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necessário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4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menos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1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vez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ano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comissão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especial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vistoria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1" w:after="0"/>
              <w:ind w:left="4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4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258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124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Implementar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manter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5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instrumentos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participação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da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comunidade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garantindo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transparência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nas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ações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Unidade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Educacional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57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envolver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comunidade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suas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atividades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aproximar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fortalecer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vínculos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entre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crianças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responsáveis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.</w:t>
            </w:r>
          </w:p>
        </w:tc>
        <w:tc>
          <w:tcPr>
            <w:tcW w:type="dxa" w:w="4290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78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Consulta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registros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realizados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pesquisa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satisfação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junto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responsáveis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forma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anual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Nota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0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10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4" w:h="16836"/>
          <w:pgMar w:top="544" w:right="800" w:bottom="862" w:left="692" w:header="720" w:footer="720" w:gutter="0"/>
          <w:cols w:space="720" w:num="1" w:equalWidth="0">
            <w:col w:w="1041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73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4947538</wp:posOffset>
            </wp:positionV>
            <wp:extent cx="1582420" cy="14478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5087746</wp:posOffset>
            </wp:positionV>
            <wp:extent cx="1582420" cy="14986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5376036</wp:posOffset>
            </wp:positionV>
            <wp:extent cx="1582420" cy="14478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5516244</wp:posOffset>
            </wp:positionV>
            <wp:extent cx="1582420" cy="15240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5804280</wp:posOffset>
            </wp:positionV>
            <wp:extent cx="1582420" cy="142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2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5435853</wp:posOffset>
            </wp:positionH>
            <wp:positionV relativeFrom="page">
              <wp:posOffset>5944488</wp:posOffset>
            </wp:positionV>
            <wp:extent cx="1582420" cy="14478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3658234</wp:posOffset>
            </wp:positionV>
            <wp:extent cx="584200" cy="1016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3798443</wp:posOffset>
            </wp:positionV>
            <wp:extent cx="584200" cy="1270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1480058</wp:posOffset>
            </wp:positionH>
            <wp:positionV relativeFrom="page">
              <wp:posOffset>3658234</wp:posOffset>
            </wp:positionV>
            <wp:extent cx="12700" cy="14986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3667379</wp:posOffset>
            </wp:positionV>
            <wp:extent cx="12700" cy="140335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3938651</wp:posOffset>
            </wp:positionV>
            <wp:extent cx="584200" cy="1270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5431282</wp:posOffset>
            </wp:positionH>
            <wp:positionV relativeFrom="page">
              <wp:posOffset>3658234</wp:posOffset>
            </wp:positionV>
            <wp:extent cx="10160" cy="14986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6014973</wp:posOffset>
            </wp:positionH>
            <wp:positionV relativeFrom="page">
              <wp:posOffset>3667379</wp:posOffset>
            </wp:positionV>
            <wp:extent cx="10160" cy="140335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4078859</wp:posOffset>
            </wp:positionV>
            <wp:extent cx="584200" cy="1270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1480058</wp:posOffset>
            </wp:positionH>
            <wp:positionV relativeFrom="page">
              <wp:posOffset>3938651</wp:posOffset>
            </wp:positionV>
            <wp:extent cx="12700" cy="14986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3947795</wp:posOffset>
            </wp:positionV>
            <wp:extent cx="12700" cy="140335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4228210</wp:posOffset>
            </wp:positionV>
            <wp:extent cx="12700" cy="140335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5431282</wp:posOffset>
            </wp:positionH>
            <wp:positionV relativeFrom="page">
              <wp:posOffset>3938651</wp:posOffset>
            </wp:positionV>
            <wp:extent cx="10160" cy="14986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1480058</wp:posOffset>
            </wp:positionH>
            <wp:positionV relativeFrom="page">
              <wp:posOffset>4219066</wp:posOffset>
            </wp:positionV>
            <wp:extent cx="12700" cy="14986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498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6014973</wp:posOffset>
            </wp:positionH>
            <wp:positionV relativeFrom="page">
              <wp:posOffset>3947795</wp:posOffset>
            </wp:positionV>
            <wp:extent cx="10160" cy="140335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5440426</wp:posOffset>
            </wp:positionH>
            <wp:positionV relativeFrom="page">
              <wp:posOffset>3658234</wp:posOffset>
            </wp:positionV>
            <wp:extent cx="584200" cy="1016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5440426</wp:posOffset>
            </wp:positionH>
            <wp:positionV relativeFrom="page">
              <wp:posOffset>3798443</wp:posOffset>
            </wp:positionV>
            <wp:extent cx="584200" cy="1270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5440426</wp:posOffset>
            </wp:positionH>
            <wp:positionV relativeFrom="page">
              <wp:posOffset>3938651</wp:posOffset>
            </wp:positionV>
            <wp:extent cx="584200" cy="1270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5440426</wp:posOffset>
            </wp:positionH>
            <wp:positionV relativeFrom="page">
              <wp:posOffset>4078859</wp:posOffset>
            </wp:positionV>
            <wp:extent cx="584200" cy="1270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4219066</wp:posOffset>
            </wp:positionV>
            <wp:extent cx="584200" cy="1016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1489202</wp:posOffset>
            </wp:positionH>
            <wp:positionV relativeFrom="page">
              <wp:posOffset>4359275</wp:posOffset>
            </wp:positionV>
            <wp:extent cx="584200" cy="1016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4807330</wp:posOffset>
            </wp:positionV>
            <wp:extent cx="4963795" cy="14478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5235524</wp:posOffset>
            </wp:positionV>
            <wp:extent cx="4963795" cy="14478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1447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5664072</wp:posOffset>
            </wp:positionV>
            <wp:extent cx="4963795" cy="14478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1447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560" w:after="0"/>
        <w:ind w:left="0" w:right="0"/>
      </w:pPr>
    </w:p>
    <w:tbl>
      <w:tblPr>
        <w:tblW w:type="auto" w:w="0"/>
        <w:tblInd w:type="dxa" w:w="69"/>
        <w:tblLayout w:type="fixed"/>
        <w:tblLook w:firstColumn="1" w:firstRow="1" w:lastColumn="0" w:lastRow="0" w:noHBand="0" w:noVBand="1" w:val="04A0"/>
      </w:tblPr>
      <w:tblGrid>
        <w:gridCol w:w="2603"/>
        <w:gridCol w:w="2603"/>
        <w:gridCol w:w="2603"/>
        <w:gridCol w:w="2603"/>
      </w:tblGrid>
      <w:tr>
        <w:trPr>
          <w:trHeight w:hRule="exact" w:val="1524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80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Proporcionar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aprendizagens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5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vivências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enriquecedoras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(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por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cento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)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matriculadas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consonância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com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13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diretrizes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SE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;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69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compromete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seguir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diretrizes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Secretaria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Educação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100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%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aprendizado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proporcionando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vivências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enriquecedoras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.</w:t>
            </w:r>
          </w:p>
        </w:tc>
        <w:tc>
          <w:tcPr>
            <w:tcW w:type="dxa" w:w="4290"/>
            <w:gridSpan w:val="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267" w:after="0"/>
              <w:ind w:left="28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Projeto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Político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Pedagógico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aprovado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2" w:after="0"/>
              <w:ind w:left="28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2" w:after="0"/>
              <w:ind w:left="28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313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91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qualidade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atividades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para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crianças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6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consonância</w:t>
            </w:r>
            <w:r>
              <w:rPr>
                <w:rFonts w:ascii="Times New Roman" w:hAnsi="Times New Roman" w:eastAsia="Times New Roman"/>
                <w:b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diretrizes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50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SE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36" w:after="0"/>
              <w:ind w:left="8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Planejamento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gestora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4"/>
                <w:sz w:val="14"/>
              </w:rPr>
              <w:t>em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conjunto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8" w:after="0"/>
              <w:ind w:left="8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221F1F"/>
                <w:spacing w:val="4"/>
                <w:sz w:val="14"/>
              </w:rPr>
              <w:t>com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2"/>
                <w:sz w:val="14"/>
              </w:rPr>
              <w:t>equipe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pedagógica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unidade</w:t>
            </w:r>
            <w:r>
              <w:rPr>
                <w:rFonts w:ascii="Times New Roman" w:hAnsi="Times New Roman" w:eastAsia="Times New Roman"/>
                <w:b w:val="0"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3"/>
                <w:sz w:val="14"/>
              </w:rPr>
              <w:t>escolar</w:t>
            </w:r>
            <w:r>
              <w:rPr>
                <w:rFonts w:ascii="Calibri" w:hAnsi="Calibri" w:eastAsia="Calibri"/>
                <w:b w:val="0"/>
                <w:i w:val="0"/>
                <w:color w:val="221F1F"/>
                <w:spacing w:val="6"/>
                <w:sz w:val="14"/>
              </w:rPr>
              <w:t>.</w:t>
            </w:r>
          </w:p>
        </w:tc>
        <w:tc>
          <w:tcPr>
            <w:tcW w:type="dxa" w:w="4290"/>
            <w:gridSpan w:val="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36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Acompanhamento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6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2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</w:tc>
      </w:tr>
      <w:tr>
        <w:trPr>
          <w:trHeight w:hRule="exact" w:val="1335"/>
        </w:trPr>
        <w:tc>
          <w:tcPr>
            <w:tcW w:type="dxa" w:w="2511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15" w:after="0"/>
              <w:ind w:left="10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Garantir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boa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regular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aplicação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0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recursos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recebidos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1"/>
                <w:sz w:val="14"/>
              </w:rPr>
              <w:t>,</w:t>
            </w:r>
            <w:r>
              <w:rPr>
                <w:rFonts w:ascii="Times New Roman" w:hAnsi="Times New Roman" w:eastAsia="Times New Roman"/>
                <w:b/>
                <w:color w:val="221F1F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acordo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10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com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Planilha</w:t>
            </w:r>
            <w:r>
              <w:rPr>
                <w:rFonts w:ascii="Times New Roman" w:hAnsi="Times New Roman" w:eastAsia="Times New Roman"/>
                <w:b/>
                <w:color w:val="221F1F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Aplicação</w:t>
            </w:r>
            <w:r>
              <w:rPr>
                <w:rFonts w:ascii="Times New Roman" w:hAnsi="Times New Roman" w:eastAsia="Times New Roman"/>
                <w:b/>
                <w:color w:val="221F1F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105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221F1F"/>
                <w:spacing w:val="3"/>
                <w:sz w:val="14"/>
              </w:rPr>
              <w:t>Recursos</w:t>
            </w:r>
            <w:r>
              <w:rPr>
                <w:rFonts w:ascii="Calibri" w:hAnsi="Calibri" w:eastAsia="Calibri"/>
                <w:b/>
                <w:i w:val="0"/>
                <w:color w:val="221F1F"/>
                <w:spacing w:val="2"/>
                <w:sz w:val="14"/>
              </w:rPr>
              <w:t>.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40" w:lineRule="exact" w:before="102" w:after="0"/>
              <w:ind w:left="22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Organização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prestará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todos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22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recursos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recebidos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onde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mesmos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foram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6" w:after="0"/>
              <w:ind w:left="22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aplicados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Planilhas</w:t>
            </w:r>
            <w:r>
              <w:rPr>
                <w:rFonts w:ascii="Times New Roman" w:hAnsi="Times New Roman" w:eastAsia="Times New Roman"/>
                <w:b w:val="0"/>
                <w:color w:val="00000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documentos</w:t>
            </w:r>
          </w:p>
          <w:p>
            <w:pPr>
              <w:widowControl/>
              <w:wordWrap w:val="0"/>
              <w:autoSpaceDE w:val="0"/>
              <w:autoSpaceDN w:val="0"/>
              <w:spacing w:line="140" w:lineRule="exact" w:before="49" w:after="0"/>
              <w:ind w:left="22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comprobatórios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4"/>
              </w:rPr>
              <w:t>.</w:t>
            </w:r>
          </w:p>
        </w:tc>
        <w:tc>
          <w:tcPr>
            <w:tcW w:type="dxa" w:w="4290"/>
            <w:gridSpan w:val="2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9" w:lineRule="exact" w:before="47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Acompanhamento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aquisição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itens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necessários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4"/>
                <w:sz w:val="14"/>
              </w:rPr>
              <w:t>ao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atendimento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alunos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durante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4"/>
              </w:rPr>
              <w:t>visitas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periódicas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7"/>
                <w:sz w:val="14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1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3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3"/>
                <w:sz w:val="14"/>
              </w:rPr>
              <w:t>Não</w:t>
            </w:r>
            <w:r>
              <w:rPr>
                <w:rFonts w:ascii="Times New Roman" w:hAnsi="Times New Roman" w:eastAsia="Times New Roman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4"/>
                <w:sz w:val="14"/>
              </w:rPr>
              <w:t>Cumpriu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21" w:after="0"/>
              <w:ind w:left="113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análise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planilhas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será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realizada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através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Divisão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Técnica</w:t>
            </w:r>
          </w:p>
          <w:p>
            <w:pPr>
              <w:widowControl/>
              <w:wordWrap w:val="0"/>
              <w:autoSpaceDE w:val="0"/>
              <w:autoSpaceDN w:val="0"/>
              <w:spacing w:line="139" w:lineRule="exact" w:before="48" w:after="0"/>
              <w:ind w:left="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Prestação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"/>
                <w:sz w:val="14"/>
              </w:rPr>
              <w:t>Contas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"/>
                <w:sz w:val="14"/>
              </w:rPr>
              <w:t>.</w:t>
            </w:r>
          </w:p>
        </w:tc>
      </w:tr>
      <w:tr>
        <w:trPr>
          <w:trHeight w:hRule="exact" w:val="233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412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7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ATENDIMENTO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PROPOSTO</w:t>
            </w:r>
          </w:p>
        </w:tc>
      </w:tr>
      <w:tr>
        <w:trPr>
          <w:trHeight w:hRule="exact" w:val="1558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48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BERÇÁRIO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I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089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128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818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MATERNAL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341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30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BERÇÁRIO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II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515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ESTÁGIO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51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40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273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TOTAL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VAGAS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91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198</w:t>
            </w:r>
          </w:p>
        </w:tc>
      </w:tr>
      <w:tr>
        <w:trPr>
          <w:trHeight w:hRule="exact" w:val="233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Per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capita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87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647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707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245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00</w:t>
            </w:r>
          </w:p>
        </w:tc>
      </w:tr>
      <w:tr>
        <w:trPr>
          <w:trHeight w:hRule="exact" w:val="233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FFFF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" w:after="0"/>
              <w:ind w:left="4719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8</w:t>
            </w:r>
            <w:r>
              <w:rPr>
                <w:rFonts w:ascii="Calibri" w:hAnsi="Calibri" w:eastAsia="Calibri"/>
                <w:b/>
                <w:i w:val="0"/>
                <w:color w:val="000000"/>
                <w:sz w:val="17"/>
              </w:rPr>
              <w:t>.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7"/>
              </w:rPr>
              <w:t>REPASSES</w:t>
            </w:r>
          </w:p>
        </w:tc>
      </w:tr>
      <w:tr>
        <w:trPr>
          <w:trHeight w:hRule="exact" w:val="221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365F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3630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Mensal</w:t>
            </w:r>
          </w:p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95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Subsidio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1222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7"/>
              </w:rPr>
              <w:t>Locação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2"/>
                <w:sz w:val="17"/>
              </w:rPr>
              <w:t>e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IPTU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71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Total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8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164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812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00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142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500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41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487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$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172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312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41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365F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318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Adicional</w:t>
            </w:r>
            <w:r>
              <w:rPr>
                <w:rFonts w:ascii="Calibri" w:hAnsi="Calibri" w:eastAsia="Calibri"/>
                <w:b/>
                <w:i/>
                <w:color w:val="FFFFFF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Setembro</w:t>
            </w:r>
          </w:p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95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Subsidio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132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7"/>
              </w:rPr>
              <w:t>Permanente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71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Total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33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88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65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924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80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138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16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481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20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12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5" w:after="0"/>
              <w:ind w:left="521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$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82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406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00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10303"/>
            <w:gridSpan w:val="4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shd w:fill="365F92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7" w:after="0"/>
              <w:ind w:left="318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Adicional</w:t>
            </w:r>
            <w:r>
              <w:rPr>
                <w:rFonts w:ascii="Calibri" w:hAnsi="Calibri" w:eastAsia="Calibri"/>
                <w:b/>
                <w:i/>
                <w:color w:val="FFFFFF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FFFFFF"/>
                <w:spacing w:val="-1"/>
                <w:sz w:val="17"/>
              </w:rPr>
              <w:t>Setembro</w:t>
            </w:r>
          </w:p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95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Subsidio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132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7"/>
              </w:rPr>
              <w:t>Permanente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713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w w:val="99"/>
                <w:sz w:val="17"/>
              </w:rPr>
              <w:t>Total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2511"/>
            <w:tcBorders>
              <w:top w:val="single" w:sz="6" w:color="000000"/>
              <w:left w:val="single" w:sz="12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88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65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924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80</w:t>
            </w:r>
          </w:p>
        </w:tc>
        <w:tc>
          <w:tcPr>
            <w:tcW w:type="dxa" w:w="350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38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16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481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20</w:t>
            </w:r>
          </w:p>
        </w:tc>
        <w:tc>
          <w:tcPr>
            <w:tcW w:type="dxa" w:w="180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521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$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82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406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4"/>
              </w:rPr>
              <w:t>00</w:t>
            </w:r>
          </w:p>
        </w:tc>
        <w:tc>
          <w:tcPr>
            <w:tcW w:type="dxa" w:w="2603"/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104"/>
        </w:trPr>
        <w:tc>
          <w:tcPr>
            <w:tcW w:type="dxa" w:w="10303"/>
            <w:gridSpan w:val="4"/>
            <w:tcBorders>
              <w:top w:val="single" w:sz="6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255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Data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288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17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2023</w:t>
            </w:r>
          </w:p>
        </w:tc>
      </w:tr>
      <w:tr>
        <w:trPr>
          <w:trHeight w:hRule="exact" w:val="1337"/>
        </w:trPr>
        <w:tc>
          <w:tcPr>
            <w:tcW w:type="dxa" w:w="10303"/>
            <w:gridSpan w:val="4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4" w:after="0"/>
              <w:ind w:left="214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Assinatura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Presidente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224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7"/>
              </w:rPr>
              <w:t>MARIA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AMÉLlA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NECHI</w:t>
            </w:r>
          </w:p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194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RG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34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12211084</w:t>
            </w:r>
          </w:p>
          <w:p>
            <w:pPr>
              <w:widowControl/>
              <w:wordWrap w:val="0"/>
              <w:autoSpaceDE w:val="0"/>
              <w:autoSpaceDN w:val="0"/>
              <w:spacing w:line="122" w:lineRule="exact" w:before="526" w:after="0"/>
              <w:ind w:left="4595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1"/>
                <w:sz w:val="12"/>
              </w:rPr>
              <w:t>PLANO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w w:val="101"/>
                <w:sz w:val="12"/>
              </w:rPr>
              <w:t>DE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2"/>
                <w:sz w:val="12"/>
              </w:rPr>
              <w:t>TRABALHO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4" w:h="16836"/>
          <w:pgMar w:top="548" w:right="800" w:bottom="1440" w:left="692" w:header="720" w:footer="720" w:gutter="0"/>
          <w:cols w:space="720" w:num="1" w:equalWidth="0">
            <w:col w:w="10412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29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2880867</wp:posOffset>
            </wp:positionH>
            <wp:positionV relativeFrom="page">
              <wp:posOffset>908913</wp:posOffset>
            </wp:positionV>
            <wp:extent cx="3992245" cy="8788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878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2232914</wp:posOffset>
            </wp:positionV>
            <wp:extent cx="9629140" cy="14224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629140" cy="14224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142.58pt;margin-top:211.07pt;width:75.13pt;height:9.4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68" w:lineRule="exact" w:before="0" w:after="0"/>
                    <w:ind w:left="0" w:right="0" w:firstLine="0"/>
                    <w:jc w:val="left"/>
                  </w:pPr>
                  <w:r>
                    <w:rPr>
                      <w:rFonts w:ascii="Calibri" w:hAnsi="Calibri" w:eastAsia="Calibri"/>
                      <w:b/>
                      <w:i/>
                      <w:color w:val="000000"/>
                      <w:w w:val="99"/>
                      <w:sz w:val="17"/>
                    </w:rPr>
                    <w:t>Carga</w:t>
                  </w:r>
                  <w:r>
                    <w:rPr>
                      <w:rFonts w:ascii="Calibri" w:hAnsi="Calibri" w:eastAsia="Calibri"/>
                      <w:b/>
                      <w:i/>
                      <w:color w:val="000000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/>
                      <w:color w:val="000000"/>
                      <w:sz w:val="17"/>
                    </w:rPr>
                    <w:t>HoráriaSalário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672" w:after="0"/>
        <w:ind w:left="0" w:right="0"/>
      </w:pPr>
    </w:p>
    <w:tbl>
      <w:tblPr>
        <w:tblW w:type="auto" w:w="0"/>
        <w:tblInd w:type="dxa" w:w="83"/>
        <w:tblLayout w:type="fixed"/>
        <w:tblLook w:firstColumn="1" w:firstRow="1" w:lastColumn="0" w:lastRow="0" w:noHBand="0" w:noVBand="1" w:val="04A0"/>
      </w:tblPr>
      <w:tblGrid>
        <w:gridCol w:w="15270"/>
      </w:tblGrid>
      <w:tr>
        <w:trPr>
          <w:trHeight w:hRule="exact" w:val="1479"/>
        </w:trPr>
        <w:tc>
          <w:tcPr>
            <w:tcW w:type="dxa" w:w="15161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647" w:after="0"/>
              <w:ind w:left="728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7"/>
              </w:rPr>
              <w:t>TIMBRE</w:t>
            </w:r>
          </w:p>
        </w:tc>
      </w:tr>
      <w:tr>
        <w:trPr>
          <w:trHeight w:hRule="exact" w:val="444"/>
        </w:trPr>
        <w:tc>
          <w:tcPr>
            <w:tcW w:type="dxa" w:w="15161"/>
            <w:tcBorders>
              <w:top w:val="single" w:sz="12" w:color="000000"/>
              <w:left w:val="single" w:sz="12" w:color="000000"/>
            </w:tcBorders>
            <w:shd w:fill="FF000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128" w:after="0"/>
              <w:ind w:left="6820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PLANO</w:t>
            </w:r>
            <w:r>
              <w:rPr>
                <w:rFonts w:ascii="Times New Roman" w:hAnsi="Times New Roman" w:eastAsia="Times New Roman"/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DE</w:t>
            </w:r>
            <w:r>
              <w:rPr>
                <w:rFonts w:ascii="Times New Roman" w:hAnsi="Times New Roman" w:eastAsia="Times New Roman"/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FFFFFF"/>
                <w:spacing w:val="-1"/>
                <w:sz w:val="17"/>
              </w:rPr>
              <w:t>TRABALHO</w:t>
            </w:r>
          </w:p>
        </w:tc>
      </w:tr>
    </w:tbl>
    <w:p>
      <w:pPr>
        <w:widowControl/>
        <w:wordWrap w:val="0"/>
        <w:autoSpaceDE w:val="0"/>
        <w:autoSpaceDN w:val="0"/>
        <w:spacing w:line="168" w:lineRule="exact" w:before="246" w:after="5"/>
        <w:ind w:left="6872" w:right="0" w:firstLine="0"/>
        <w:jc w:val="left"/>
      </w:pPr>
      <w:r>
        <w:rPr>
          <w:rFonts w:ascii="Calibri" w:hAnsi="Calibri" w:eastAsia="Calibri"/>
          <w:b/>
          <w:i w:val="0"/>
          <w:color w:val="000000"/>
          <w:spacing w:val="-1"/>
          <w:sz w:val="17"/>
        </w:rPr>
        <w:t>RECURSOS</w:t>
      </w:r>
      <w:r>
        <w:rPr>
          <w:rFonts w:ascii="Times New Roman" w:hAnsi="Times New Roman" w:eastAsia="Times New Roman"/>
          <w:b/>
          <w:color w:val="000000"/>
          <w:spacing w:val="-5"/>
          <w:sz w:val="17"/>
        </w:rPr>
        <w:t xml:space="preserve"> </w:t>
      </w:r>
      <w:r>
        <w:rPr>
          <w:rFonts w:ascii="Calibri" w:hAnsi="Calibri" w:eastAsia="Calibri"/>
          <w:b/>
          <w:i w:val="0"/>
          <w:color w:val="000000"/>
          <w:spacing w:val="-2"/>
          <w:sz w:val="17"/>
        </w:rPr>
        <w:t>HUMANOS</w:t>
      </w:r>
    </w:p>
    <w:tbl>
      <w:tblPr>
        <w:tblW w:type="auto" w:w="0"/>
        <w:tblInd w:type="dxa" w:w="54"/>
        <w:tblLayout w:type="fixed"/>
        <w:tblLook w:firstColumn="1" w:firstRow="1" w:lastColumn="0" w:lastRow="0" w:noHBand="0" w:noVBand="1" w:val="04A0"/>
      </w:tblPr>
      <w:tblGrid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</w:tblGrid>
      <w:tr>
        <w:trPr>
          <w:trHeight w:hRule="exact" w:val="221"/>
        </w:trPr>
        <w:tc>
          <w:tcPr>
            <w:tcW w:type="dxa" w:w="8680"/>
            <w:gridSpan w:val="10"/>
            <w:vMerge w:val="restart"/>
            <w:tcBorders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3149"/>
            <w:gridSpan w:val="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96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7"/>
              </w:rPr>
              <w:t>VALOR</w:t>
            </w:r>
            <w:r>
              <w:rPr>
                <w:rFonts w:ascii="Times New Roman" w:hAnsi="Times New Roman" w:eastAsia="Times New Roman"/>
                <w:b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7"/>
              </w:rPr>
              <w:t>UNITÁRIO</w:t>
            </w:r>
          </w:p>
        </w:tc>
        <w:tc>
          <w:tcPr>
            <w:tcW w:type="dxa" w:w="3332"/>
            <w:gridSpan w:val="3"/>
            <w:vMerge w:val="restart"/>
            <w:tcBorders>
              <w:left w:val="single" w:sz="6" w:color="000000"/>
              <w:bottom w:val="single" w:sz="6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8980"/>
            <w:gridSpan w:val="10"/>
            <w:vMerge/>
            <w:tcBorders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7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4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7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34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5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7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25</w:t>
            </w:r>
          </w:p>
        </w:tc>
        <w:tc>
          <w:tcPr>
            <w:tcW w:type="dxa" w:w="2694"/>
            <w:gridSpan w:val="3"/>
            <w:vMerge/>
            <w:tcBorders>
              <w:left w:val="single" w:sz="6" w:color="000000"/>
              <w:bottom w:val="single" w:sz="6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137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1"/>
                <w:sz w:val="17"/>
              </w:rPr>
              <w:t>Quant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.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490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Função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/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/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Total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09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FGTS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64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INSS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310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IR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71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PIS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8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7"/>
              </w:rPr>
              <w:t>VT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7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7"/>
              </w:rPr>
              <w:t>VA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83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7"/>
              </w:rPr>
              <w:t>VR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Odont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74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spacing w:val="-2"/>
                <w:sz w:val="17"/>
              </w:rPr>
              <w:t>Bem</w:t>
            </w:r>
            <w:r>
              <w:rPr>
                <w:rFonts w:ascii="Calibri" w:hAnsi="Calibri" w:eastAsia="Calibri"/>
                <w:b/>
                <w:i/>
                <w:color w:val="000000"/>
                <w:spacing w:val="0"/>
                <w:sz w:val="17"/>
              </w:rPr>
              <w:t xml:space="preserve"> </w:t>
            </w: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Estar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163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Subtotal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11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Provisionamento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35" w:after="0"/>
              <w:ind w:left="278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99"/>
                <w:sz w:val="17"/>
              </w:rPr>
              <w:t>Total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1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Diretor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8"/>
                <w:sz w:val="14"/>
              </w:rPr>
              <w:t>)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288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3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954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36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34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906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59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776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52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683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11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1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Coord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Pedagogico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8"/>
                <w:sz w:val="14"/>
              </w:rPr>
              <w:t>)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100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248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3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821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31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34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229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09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668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67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897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76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1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Cozinheiro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8"/>
                <w:sz w:val="14"/>
              </w:rPr>
              <w:t>)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118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72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3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393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26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84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34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199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41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320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10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519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51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23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Professor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(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a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8"/>
                <w:sz w:val="14"/>
              </w:rPr>
              <w:t>)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696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62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008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6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64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16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432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12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620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08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5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680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63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329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82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4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327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88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358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41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75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13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2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375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13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19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101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733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54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3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Aux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Cozinha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452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356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16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179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78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52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02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598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23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30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558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53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6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3</w:t>
            </w:r>
          </w:p>
        </w:tc>
        <w:tc>
          <w:tcPr>
            <w:tcW w:type="dxa" w:w="1507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Aux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4"/>
              </w:rPr>
              <w:t>Limpeza</w:t>
            </w:r>
          </w:p>
        </w:tc>
        <w:tc>
          <w:tcPr>
            <w:tcW w:type="dxa" w:w="62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44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452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9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356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16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4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179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78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44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52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5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480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75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226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43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02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408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42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75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6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598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23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91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960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30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22" w:lineRule="exact" w:before="69" w:after="0"/>
              <w:ind w:left="314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R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$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7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.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558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"/>
                <w:sz w:val="12"/>
              </w:rPr>
              <w:t>,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1"/>
                <w:sz w:val="12"/>
              </w:rPr>
              <w:t>53</w:t>
            </w:r>
          </w:p>
        </w:tc>
      </w:tr>
      <w:tr>
        <w:trPr>
          <w:trHeight w:hRule="exact" w:val="221"/>
        </w:trPr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4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32</w:t>
            </w:r>
          </w:p>
        </w:tc>
        <w:tc>
          <w:tcPr>
            <w:tcW w:type="dxa" w:w="2131"/>
            <w:gridSpan w:val="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77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Soma</w:t>
            </w:r>
          </w:p>
        </w:tc>
        <w:tc>
          <w:tcPr>
            <w:tcW w:type="dxa" w:w="872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9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13</w:t>
            </w:r>
            <w:r>
              <w:rPr>
                <w:rFonts w:ascii="Calibri" w:hAnsi="Calibri" w:eastAsia="Calibri"/>
                <w:b/>
                <w:i w:val="0"/>
                <w:color w:val="000000"/>
                <w:w w:val="98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848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9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79</w:t>
            </w:r>
            <w:r>
              <w:rPr>
                <w:rFonts w:ascii="Calibri" w:hAnsi="Calibri" w:eastAsia="Calibri"/>
                <w:b/>
                <w:i w:val="0"/>
                <w:color w:val="000000"/>
                <w:w w:val="98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096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794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9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6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327</w:t>
            </w:r>
            <w:r>
              <w:rPr>
                <w:rFonts w:ascii="Calibri" w:hAnsi="Calibri" w:eastAsia="Calibri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68</w:t>
            </w:r>
          </w:p>
        </w:tc>
        <w:tc>
          <w:tcPr>
            <w:tcW w:type="dxa" w:w="87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98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20</w:t>
            </w:r>
            <w:r>
              <w:rPr>
                <w:rFonts w:ascii="Calibri" w:hAnsi="Calibri" w:eastAsia="Calibri"/>
                <w:b/>
                <w:i w:val="0"/>
                <w:color w:val="000000"/>
                <w:w w:val="98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960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44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8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790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96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8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4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800</w:t>
            </w:r>
            <w:r>
              <w:rPr>
                <w:rFonts w:ascii="Calibri" w:hAnsi="Calibri" w:eastAsia="Calibri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78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327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0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698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0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458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88</w:t>
            </w:r>
          </w:p>
        </w:tc>
        <w:tc>
          <w:tcPr>
            <w:tcW w:type="dxa" w:w="881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28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456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00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0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112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889</w:t>
            </w:r>
            <w:r>
              <w:rPr>
                <w:rFonts w:ascii="Calibri" w:hAnsi="Calibri" w:eastAsia="Calibri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96</w:t>
            </w:r>
          </w:p>
        </w:tc>
        <w:tc>
          <w:tcPr>
            <w:tcW w:type="dxa" w:w="1445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672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17</w:t>
            </w:r>
            <w:r>
              <w:rPr>
                <w:rFonts w:ascii="Calibri" w:hAnsi="Calibri" w:eastAsia="Calibri"/>
                <w:b/>
                <w:i w:val="0"/>
                <w:color w:val="000000"/>
                <w:w w:val="98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061</w:t>
            </w:r>
            <w:r>
              <w:rPr>
                <w:rFonts w:ascii="Calibri" w:hAnsi="Calibri" w:eastAsia="Calibri"/>
                <w:b/>
                <w:i w:val="0"/>
                <w:color w:val="000000"/>
                <w:w w:val="99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01</w:t>
            </w:r>
          </w:p>
        </w:tc>
        <w:tc>
          <w:tcPr>
            <w:tcW w:type="dxa" w:w="943"/>
            <w:tcBorders>
              <w:top w:val="single" w:sz="6" w:color="000000"/>
              <w:left w:val="single" w:sz="6" w:color="000000"/>
              <w:bottom w:val="single" w:sz="6" w:color="000000"/>
              <w:right w:val="single" w:sz="6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37" w:lineRule="exact" w:before="58" w:after="0"/>
              <w:ind w:left="101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R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$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129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.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1"/>
                <w:sz w:val="14"/>
              </w:rPr>
              <w:t>950</w:t>
            </w:r>
            <w:r>
              <w:rPr>
                <w:rFonts w:ascii="Calibri" w:hAnsi="Calibri" w:eastAsia="Calibri"/>
                <w:b/>
                <w:i w:val="0"/>
                <w:color w:val="000000"/>
                <w:sz w:val="14"/>
              </w:rPr>
              <w:t>,</w:t>
            </w:r>
            <w:r>
              <w:rPr>
                <w:rFonts w:ascii="Calibri" w:hAnsi="Calibri" w:eastAsia="Calibri"/>
                <w:b/>
                <w:i w:val="0"/>
                <w:color w:val="000000"/>
                <w:spacing w:val="-2"/>
                <w:sz w:val="14"/>
              </w:rPr>
              <w:t>97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187" w:after="0"/>
        <w:ind w:left="0" w:right="0"/>
      </w:pPr>
    </w:p>
    <w:tbl>
      <w:tblPr>
        <w:tblW w:type="auto" w:w="0"/>
        <w:tblInd w:type="dxa" w:w="30"/>
        <w:tblLayout w:type="fixed"/>
        <w:tblLook w:firstColumn="1" w:firstRow="1" w:lastColumn="0" w:lastRow="0" w:noHBand="0" w:noVBand="1" w:val="04A0"/>
      </w:tblPr>
      <w:tblGrid>
        <w:gridCol w:w="5090"/>
        <w:gridCol w:w="5090"/>
        <w:gridCol w:w="5090"/>
      </w:tblGrid>
      <w:tr>
        <w:trPr>
          <w:trHeight w:hRule="exact" w:val="906"/>
        </w:trPr>
        <w:tc>
          <w:tcPr>
            <w:tcW w:type="dxa" w:w="6974"/>
            <w:tcMar>
              <w:left w:type="dxa" w:w="0"/>
              <w:right w:type="dxa" w:w="0"/>
            </w:tcMar>
          </w:tcPr>
          <w:tbl>
            <w:tblPr>
              <w:tblW w:type="auto" w:w="0"/>
              <w:tblInd w:type="dxa" w:w="10"/>
              <w:tblLayout w:type="fixed"/>
              <w:tblLook w:firstColumn="1" w:firstRow="1" w:lastColumn="0" w:lastRow="0" w:noHBand="0" w:noVBand="1" w:val="04A0"/>
            </w:tblPr>
            <w:tblGrid>
              <w:gridCol w:w="6974"/>
            </w:tblGrid>
            <w:tr>
              <w:trPr>
                <w:trHeight w:hRule="exact" w:val="221"/>
              </w:trPr>
              <w:tc>
                <w:tcPr>
                  <w:tcW w:type="dxa" w:w="2919"/>
                  <w:tcBorders>
                    <w:left w:val="single" w:sz="12" w:color="000000"/>
                    <w:bottom w:val="single" w:sz="6" w:color="000000"/>
                  </w:tcBorders>
                  <w:tcMar>
                    <w:left w:type="dxa" w:w="0"/>
                    <w:right w:type="dxa" w:w="0"/>
                  </w:tcMar>
                </w:tcPr>
                <w:p/>
              </w:tc>
            </w:tr>
            <w:tr>
              <w:trPr>
                <w:trHeight w:hRule="exact" w:val="665"/>
              </w:trPr>
              <w:tc>
                <w:tcPr>
                  <w:tcW w:type="dxa" w:w="2919"/>
                  <w:tcBorders>
                    <w:top w:val="single" w:sz="6" w:color="000000"/>
                    <w:left w:val="single" w:sz="12" w:color="000000"/>
                  </w:tcBorders>
                  <w:tcMar>
                    <w:left w:type="dxa" w:w="0"/>
                    <w:right w:type="dxa" w:w="0"/>
                  </w:tcMar>
                </w:tcPr>
                <w:p>
                  <w:pPr>
                    <w:widowControl/>
                    <w:wordWrap w:val="0"/>
                    <w:autoSpaceDE w:val="0"/>
                    <w:autoSpaceDN w:val="0"/>
                    <w:spacing w:line="168" w:lineRule="exact" w:before="35" w:after="0"/>
                    <w:ind w:left="600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Assinatura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do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1"/>
                      <w:sz w:val="17"/>
                    </w:rPr>
                    <w:t>Presidente</w:t>
                  </w:r>
                </w:p>
                <w:p>
                  <w:pPr>
                    <w:widowControl/>
                    <w:wordWrap w:val="0"/>
                    <w:autoSpaceDE w:val="0"/>
                    <w:autoSpaceDN w:val="0"/>
                    <w:spacing w:line="168" w:lineRule="exact" w:before="53" w:after="0"/>
                    <w:ind w:left="699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MARIA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AMÉLlA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1"/>
                      <w:sz w:val="17"/>
                    </w:rPr>
                    <w:t>NECHI</w:t>
                  </w:r>
                </w:p>
                <w:p>
                  <w:pPr>
                    <w:widowControl/>
                    <w:wordWrap w:val="0"/>
                    <w:autoSpaceDE w:val="0"/>
                    <w:autoSpaceDN w:val="0"/>
                    <w:spacing w:line="168" w:lineRule="exact" w:before="53" w:after="0"/>
                    <w:ind w:left="2050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1"/>
                      <w:sz w:val="17"/>
                    </w:rPr>
                    <w:t>RG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24"/>
                      <w:sz w:val="17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2"/>
                      <w:sz w:val="17"/>
                    </w:rPr>
                    <w:t>1E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99"/>
                      <w:sz w:val="17"/>
                    </w:rPr>
                    <w:t>+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pacing w:val="-2"/>
                      <w:sz w:val="17"/>
                    </w:rPr>
                    <w:t>07</w:t>
                  </w:r>
                </w:p>
              </w:tc>
            </w:tr>
          </w:tbl>
          <w:p>
            <w:pPr>
              <w:widowControl/>
              <w:wordWrap w:val="0"/>
              <w:autoSpaceDE w:val="0"/>
              <w:autoSpaceDN w:val="0"/>
              <w:spacing w:line="14" w:lineRule="exact" w:before="0" w:after="0"/>
              <w:ind w:left="0" w:right="0"/>
            </w:pPr>
          </w:p>
        </w:tc>
        <w:tc>
          <w:tcPr>
            <w:tcW w:type="dxa" w:w="4671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403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1"/>
                <w:sz w:val="17"/>
              </w:rPr>
              <w:t>Data</w:t>
            </w:r>
          </w:p>
        </w:tc>
        <w:tc>
          <w:tcPr>
            <w:tcW w:type="dxa" w:w="1133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8" w:lineRule="exact" w:before="52" w:after="0"/>
              <w:ind w:left="30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17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05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99"/>
                <w:sz w:val="17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-2"/>
                <w:sz w:val="17"/>
              </w:rPr>
              <w:t>2023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6836" w:h="11904"/>
          <w:pgMar w:top="660" w:right="874" w:bottom="1440" w:left="692" w:header="720" w:footer="720" w:gutter="0"/>
          <w:cols w:space="720" w:num="1" w:equalWidth="0">
            <w:col w:w="1527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271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1349628</wp:posOffset>
            </wp:positionH>
            <wp:positionV relativeFrom="page">
              <wp:posOffset>719328</wp:posOffset>
            </wp:positionV>
            <wp:extent cx="3512820" cy="768985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768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473963</wp:posOffset>
            </wp:positionH>
            <wp:positionV relativeFrom="page">
              <wp:posOffset>1525777</wp:posOffset>
            </wp:positionV>
            <wp:extent cx="5441950" cy="27940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79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2073020</wp:posOffset>
            </wp:positionV>
            <wp:extent cx="10160" cy="148463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84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3682618</wp:posOffset>
            </wp:positionV>
            <wp:extent cx="10160" cy="2021205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20212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5828664</wp:posOffset>
            </wp:positionV>
            <wp:extent cx="10160" cy="14351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6096889</wp:posOffset>
            </wp:positionV>
            <wp:extent cx="10160" cy="680085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6800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6901560</wp:posOffset>
            </wp:positionV>
            <wp:extent cx="10160" cy="14351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7169860</wp:posOffset>
            </wp:positionV>
            <wp:extent cx="10160" cy="94869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948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2211578</wp:posOffset>
            </wp:positionV>
            <wp:extent cx="4567555" cy="13970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2798698</wp:posOffset>
            </wp:positionH>
            <wp:positionV relativeFrom="page">
              <wp:posOffset>2345690</wp:posOffset>
            </wp:positionV>
            <wp:extent cx="2505075" cy="13716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3016630</wp:posOffset>
            </wp:positionV>
            <wp:extent cx="4567555" cy="13970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3418967</wp:posOffset>
            </wp:positionV>
            <wp:extent cx="4567555" cy="13716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3687191</wp:posOffset>
            </wp:positionV>
            <wp:extent cx="4567555" cy="13970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5565013</wp:posOffset>
            </wp:positionV>
            <wp:extent cx="4567555" cy="13970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5833236</wp:posOffset>
            </wp:positionV>
            <wp:extent cx="4567555" cy="13716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6101460</wp:posOffset>
            </wp:positionV>
            <wp:extent cx="4567555" cy="13716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6637908</wp:posOffset>
            </wp:positionV>
            <wp:extent cx="4567555" cy="13716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6906133</wp:posOffset>
            </wp:positionV>
            <wp:extent cx="4567555" cy="13970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7174357</wp:posOffset>
            </wp:positionV>
            <wp:extent cx="1645285" cy="13716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7308468</wp:posOffset>
            </wp:positionV>
            <wp:extent cx="1645285" cy="13716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7442581</wp:posOffset>
            </wp:positionV>
            <wp:extent cx="1645285" cy="13716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7576692</wp:posOffset>
            </wp:positionV>
            <wp:extent cx="1645285" cy="13970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7710805</wp:posOffset>
            </wp:positionV>
            <wp:extent cx="1645285" cy="13970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3658234</wp:posOffset>
            </wp:positionH>
            <wp:positionV relativeFrom="page">
              <wp:posOffset>7844993</wp:posOffset>
            </wp:positionV>
            <wp:extent cx="1645285" cy="13970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736091</wp:posOffset>
            </wp:positionH>
            <wp:positionV relativeFrom="page">
              <wp:posOffset>7979409</wp:posOffset>
            </wp:positionV>
            <wp:extent cx="4567555" cy="13716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37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2216277</wp:posOffset>
            </wp:positionV>
            <wp:extent cx="12700" cy="1341755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417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3691763</wp:posOffset>
            </wp:positionV>
            <wp:extent cx="12700" cy="2012315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123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5837808</wp:posOffset>
            </wp:positionV>
            <wp:extent cx="12700" cy="134620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46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6106033</wp:posOffset>
            </wp:positionV>
            <wp:extent cx="12700" cy="67056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6910705</wp:posOffset>
            </wp:positionV>
            <wp:extent cx="12700" cy="134620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46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5296789</wp:posOffset>
            </wp:positionH>
            <wp:positionV relativeFrom="page">
              <wp:posOffset>7179005</wp:posOffset>
            </wp:positionV>
            <wp:extent cx="12700" cy="939165"/>
            <wp:wrapNone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9391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2207006</wp:posOffset>
            </wp:positionV>
            <wp:extent cx="4565650" cy="12700"/>
            <wp:wrapNone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2341118</wp:posOffset>
            </wp:positionV>
            <wp:extent cx="4565650" cy="12700"/>
            <wp:wrapNone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2475230</wp:posOffset>
            </wp:positionV>
            <wp:extent cx="4565650" cy="12700"/>
            <wp:wrapNone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2609342</wp:posOffset>
            </wp:positionV>
            <wp:extent cx="4565650" cy="10160"/>
            <wp:wrapNone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2743454</wp:posOffset>
            </wp:positionV>
            <wp:extent cx="4565650" cy="10160"/>
            <wp:wrapNone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2877947</wp:posOffset>
            </wp:positionV>
            <wp:extent cx="4565650" cy="10160"/>
            <wp:wrapNone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3012059</wp:posOffset>
            </wp:positionV>
            <wp:extent cx="4565650" cy="12700"/>
            <wp:wrapNone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3146171</wp:posOffset>
            </wp:positionV>
            <wp:extent cx="4565650" cy="12700"/>
            <wp:wrapNone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3280283</wp:posOffset>
            </wp:positionV>
            <wp:extent cx="4565650" cy="12700"/>
            <wp:wrapNone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3414395</wp:posOffset>
            </wp:positionV>
            <wp:extent cx="4565650" cy="10160"/>
            <wp:wrapNone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3548507</wp:posOffset>
            </wp:positionV>
            <wp:extent cx="4565650" cy="10160"/>
            <wp:wrapNone/>
            <wp:docPr id="88" name="Pictur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3682619</wp:posOffset>
            </wp:positionV>
            <wp:extent cx="4565650" cy="12700"/>
            <wp:wrapNone/>
            <wp:docPr id="89" name="Pictur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3816731</wp:posOffset>
            </wp:positionV>
            <wp:extent cx="4565650" cy="12700"/>
            <wp:wrapNone/>
            <wp:docPr id="90" name="Picture 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3950843</wp:posOffset>
            </wp:positionV>
            <wp:extent cx="4565650" cy="12700"/>
            <wp:wrapNone/>
            <wp:docPr id="91" name="Picture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4084955</wp:posOffset>
            </wp:positionV>
            <wp:extent cx="4565650" cy="10160"/>
            <wp:wrapNone/>
            <wp:docPr id="92" name="Picture 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4219066</wp:posOffset>
            </wp:positionV>
            <wp:extent cx="4565650" cy="10160"/>
            <wp:wrapNone/>
            <wp:docPr id="93" name="Picture 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4353178</wp:posOffset>
            </wp:positionV>
            <wp:extent cx="4565650" cy="12700"/>
            <wp:wrapNone/>
            <wp:docPr id="94" name="Picture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4487290</wp:posOffset>
            </wp:positionV>
            <wp:extent cx="4565650" cy="12700"/>
            <wp:wrapNone/>
            <wp:docPr id="95" name="Picture 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4621402</wp:posOffset>
            </wp:positionV>
            <wp:extent cx="4565650" cy="12700"/>
            <wp:wrapNone/>
            <wp:docPr id="96" name="Picture 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4755514</wp:posOffset>
            </wp:positionV>
            <wp:extent cx="4565650" cy="10160"/>
            <wp:wrapNone/>
            <wp:docPr id="97" name="Picture 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4889626</wp:posOffset>
            </wp:positionV>
            <wp:extent cx="4565650" cy="10160"/>
            <wp:wrapNone/>
            <wp:docPr id="98" name="Picture 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5023738</wp:posOffset>
            </wp:positionV>
            <wp:extent cx="4565650" cy="12700"/>
            <wp:wrapNone/>
            <wp:docPr id="99" name="Picture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5157850</wp:posOffset>
            </wp:positionV>
            <wp:extent cx="4565650" cy="1270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5291963</wp:posOffset>
            </wp:positionV>
            <wp:extent cx="4565650" cy="1270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5426328</wp:posOffset>
            </wp:positionV>
            <wp:extent cx="4565650" cy="1016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5560440</wp:posOffset>
            </wp:positionV>
            <wp:extent cx="4565650" cy="1016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5694552</wp:posOffset>
            </wp:positionV>
            <wp:extent cx="4565650" cy="1270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5828664</wp:posOffset>
            </wp:positionV>
            <wp:extent cx="4565650" cy="1270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5962776</wp:posOffset>
            </wp:positionV>
            <wp:extent cx="4565650" cy="1270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6096888</wp:posOffset>
            </wp:positionV>
            <wp:extent cx="4565650" cy="1016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6231001</wp:posOffset>
            </wp:positionV>
            <wp:extent cx="4565650" cy="1016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6365112</wp:posOffset>
            </wp:positionV>
            <wp:extent cx="4565650" cy="1270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6499225</wp:posOffset>
            </wp:positionV>
            <wp:extent cx="4565650" cy="1270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6633337</wp:posOffset>
            </wp:positionV>
            <wp:extent cx="4565650" cy="1270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6767448</wp:posOffset>
            </wp:positionV>
            <wp:extent cx="4565650" cy="1016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6901561</wp:posOffset>
            </wp:positionV>
            <wp:extent cx="4565650" cy="1016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7035672</wp:posOffset>
            </wp:positionV>
            <wp:extent cx="4565650" cy="1270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7169784</wp:posOffset>
            </wp:positionV>
            <wp:extent cx="4565650" cy="1270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7974838</wp:posOffset>
            </wp:positionV>
            <wp:extent cx="4565650" cy="1270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8108950</wp:posOffset>
            </wp:positionV>
            <wp:extent cx="4565650" cy="1270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2700"/>
                    </a:xfrm>
                    <a:prstGeom prst="rect"/>
                  </pic:spPr>
                </pic:pic>
              </a:graphicData>
            </a:graphic>
          </wp:anchor>
        </w:drawing>
      </w:r>
      <w:r>
        <w:pict>
          <v:shape path="m,l,1000r1000,l1000,xe" filled="f" stroked="f" style="margin-left:59.52pt;margin-top:598.58pt;width:217.53pt;height:9.06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61" w:lineRule="exact" w:before="0" w:after="0"/>
                    <w:ind w:left="0" w:right="0" w:firstLine="0"/>
                    <w:jc w:val="left"/>
                  </w:pP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>Execução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sz w:val="16"/>
                    </w:rPr>
                    <w:t>de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>Melhorias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sz w:val="16"/>
                    </w:rPr>
                    <w:t>na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98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>Unidade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000000"/>
                      <w:w w:val="101"/>
                      <w:sz w:val="16"/>
                    </w:rPr>
                    <w:t>Escolar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588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16"/>
                    </w:rPr>
                    <w:t>R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$</w:t>
                  </w:r>
                  <w:r>
                    <w:rPr>
                      <w:rFonts w:ascii="Times New Roman" w:hAnsi="Times New Roman" w:eastAsia="Times New Roman"/>
                      <w:b w:val="0"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40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.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000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,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w w:val="101"/>
                      <w:sz w:val="16"/>
                    </w:rPr>
                    <w:t>00</w:t>
                  </w:r>
                </w:p>
              </w:txbxContent>
            </v:textbox>
            <w10:wrap type="none"/>
          </v:shape>
        </w:pict>
      </w:r>
      <w:r>
        <w:pict>
          <v:shape path="m,l,1000r1000,l1000,xe" filled="f" stroked="f" style="margin-left:294.41pt;margin-top:592.94pt;width:117.72pt;height:9.06pt;rotation:0;position:absolute;mso-position-horizontal-relative:page;mso-position-vertical-relative:page">
            <v:textbox inset="0,0,0,0" style="mso-rotate-with-shape:t">
              <w:txbxContent>
                <w:p>
                  <w:pPr>
                    <w:widowControl/>
                    <w:wordWrap w:val="0"/>
                    <w:autoSpaceDE w:val="0"/>
                    <w:autoSpaceDN w:val="0"/>
                    <w:spacing w:line="161" w:lineRule="exact" w:before="0" w:after="0"/>
                    <w:ind w:left="0" w:right="0" w:firstLine="0"/>
                    <w:jc w:val="left"/>
                  </w:pP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sz w:val="16"/>
                    </w:rPr>
                    <w:t>Portaria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98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sz w:val="16"/>
                    </w:rPr>
                    <w:t>nº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063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/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2021</w:t>
                  </w:r>
                  <w:r>
                    <w:rPr>
                      <w:rFonts w:ascii="Times New Roman" w:hAnsi="Times New Roman" w:eastAsia="Times New Roman"/>
                      <w:b/>
                      <w:color w:val="FFFFF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spacing w:val="1"/>
                      <w:sz w:val="16"/>
                    </w:rPr>
                    <w:t>-</w:t>
                  </w:r>
                  <w:r>
                    <w:rPr>
                      <w:rFonts w:ascii="Times New Roman" w:hAnsi="Times New Roman" w:eastAsia="Times New Roman"/>
                      <w:b/>
                      <w:color w:val="FFFFF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SE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>Artigo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w w:val="101"/>
                      <w:sz w:val="16"/>
                    </w:rPr>
                    <w:t xml:space="preserve"> 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FFFF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</w:p>
    <w:p>
      <w:pPr>
        <w:widowControl/>
        <w:wordWrap w:val="0"/>
        <w:autoSpaceDE w:val="0"/>
        <w:autoSpaceDN w:val="0"/>
        <w:spacing w:line="14" w:lineRule="exact" w:before="556" w:after="0"/>
        <w:ind w:left="0" w:right="0"/>
      </w:pPr>
    </w:p>
    <w:tbl>
      <w:tblPr>
        <w:tblW w:type="auto" w:w="0"/>
        <w:tblInd w:type="dxa" w:w="83"/>
        <w:tblLayout w:type="fixed"/>
        <w:tblLook w:firstColumn="1" w:firstRow="1" w:lastColumn="0" w:lastRow="0" w:noHBand="0" w:noVBand="1" w:val="04A0"/>
      </w:tblPr>
      <w:tblGrid>
        <w:gridCol w:w="3257"/>
        <w:gridCol w:w="3257"/>
        <w:gridCol w:w="3257"/>
      </w:tblGrid>
      <w:tr>
        <w:trPr>
          <w:trHeight w:hRule="exact" w:val="1694"/>
        </w:trPr>
        <w:tc>
          <w:tcPr>
            <w:tcW w:type="dxa" w:w="8568"/>
            <w:gridSpan w:val="3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1" w:lineRule="exact" w:before="539" w:after="0"/>
              <w:ind w:left="4002" w:right="0" w:firstLine="0"/>
              <w:jc w:val="left"/>
            </w:pPr>
            <w:r>
              <w:rPr>
                <w:rFonts w:ascii="Calibri" w:hAnsi="Calibri" w:eastAsia="Calibri"/>
                <w:b/>
                <w:i/>
                <w:color w:val="000000"/>
                <w:w w:val="101"/>
                <w:sz w:val="16"/>
              </w:rPr>
              <w:t>TIMBRE</w:t>
            </w:r>
          </w:p>
          <w:p>
            <w:pPr>
              <w:widowControl/>
              <w:wordWrap w:val="0"/>
              <w:autoSpaceDE w:val="0"/>
              <w:autoSpaceDN w:val="0"/>
              <w:spacing w:line="161" w:lineRule="exact" w:before="686" w:after="0"/>
              <w:ind w:left="3553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sz w:val="16"/>
              </w:rPr>
              <w:t>PLANO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z w:val="16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101"/>
                <w:sz w:val="16"/>
              </w:rPr>
              <w:t>TRABALHO</w:t>
            </w:r>
          </w:p>
        </w:tc>
      </w:tr>
      <w:tr>
        <w:trPr>
          <w:trHeight w:hRule="exact" w:val="223"/>
        </w:trPr>
        <w:tc>
          <w:tcPr>
            <w:tcW w:type="dxa" w:w="413"/>
            <w:vMerge w:val="restart"/>
            <w:tcBorders>
              <w:top w:val="single" w:sz="12" w:color="000000"/>
              <w:left w:val="single" w:sz="12" w:color="000000"/>
              <w:bottom w:val="single" w:sz="12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7190"/>
            <w:tcBorders>
              <w:top w:val="single" w:sz="12" w:color="000000"/>
              <w:left w:val="single" w:sz="12" w:color="000000"/>
              <w:bottom w:val="single" w:sz="12" w:color="000000"/>
              <w:right w:val="single" w:sz="12" w:color="000000"/>
            </w:tcBorders>
            <w:shd w:fill="E0E0E0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1" w:lineRule="exact" w:before="23" w:after="0"/>
              <w:ind w:left="2316" w:right="0" w:firstLine="0"/>
              <w:jc w:val="left"/>
            </w:pPr>
            <w:r>
              <w:rPr>
                <w:rFonts w:ascii="Calibri" w:hAnsi="Calibri" w:eastAsia="Calibri"/>
                <w:b/>
                <w:i w:val="0"/>
                <w:color w:val="000000"/>
                <w:w w:val="101"/>
                <w:sz w:val="16"/>
              </w:rPr>
              <w:t>PLANILHA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z w:val="16"/>
              </w:rPr>
              <w:t>DE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sz w:val="16"/>
              </w:rPr>
              <w:t>APLICAÇÃO</w:t>
            </w:r>
            <w:r>
              <w:rPr>
                <w:rFonts w:ascii="Times New Roman" w:hAnsi="Times New Roman" w:eastAsia="Times New Roman"/>
                <w:b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/>
                <w:i w:val="0"/>
                <w:color w:val="000000"/>
                <w:w w:val="101"/>
                <w:sz w:val="16"/>
              </w:rPr>
              <w:t>FINANCEIRA</w:t>
            </w:r>
          </w:p>
        </w:tc>
        <w:tc>
          <w:tcPr>
            <w:tcW w:type="dxa" w:w="965"/>
            <w:vMerge w:val="restart"/>
            <w:tcBorders>
              <w:top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0151"/>
        </w:trPr>
        <w:tc>
          <w:tcPr>
            <w:tcW w:type="dxa" w:w="3257"/>
            <w:vMerge/>
            <w:tcBorders>
              <w:top w:val="single" w:sz="12" w:color="000000"/>
              <w:left w:val="single" w:sz="12" w:color="000000"/>
              <w:bottom w:val="single" w:sz="12" w:color="000000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3257"/>
            <w:tcMar>
              <w:left w:type="dxa" w:w="0"/>
              <w:right w:type="dxa" w:w="0"/>
            </w:tcMar>
          </w:tcPr>
          <w:p/>
        </w:tc>
        <w:tc>
          <w:tcPr>
            <w:tcW w:type="dxa" w:w="3257"/>
            <w:vMerge/>
            <w:tcBorders>
              <w:top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1056"/>
        </w:trPr>
        <w:tc>
          <w:tcPr>
            <w:tcW w:type="dxa" w:w="8568"/>
            <w:gridSpan w:val="3"/>
            <w:tcBorders>
              <w:top w:val="single" w:sz="12" w:color="000000"/>
              <w:left w:val="single" w:sz="12" w:color="000000"/>
              <w:bottom w:val="single" w:sz="6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1" w:lineRule="exact" w:before="448" w:after="0"/>
              <w:ind w:left="17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Data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71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17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05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/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2023</w:t>
            </w:r>
          </w:p>
        </w:tc>
      </w:tr>
      <w:tr>
        <w:trPr>
          <w:trHeight w:hRule="exact" w:val="1068"/>
        </w:trPr>
        <w:tc>
          <w:tcPr>
            <w:tcW w:type="dxa" w:w="8568"/>
            <w:gridSpan w:val="3"/>
            <w:tcBorders>
              <w:top w:val="single" w:sz="6" w:color="000000"/>
              <w:left w:val="single" w:sz="12" w:color="000000"/>
              <w:bottom w:val="single" w:sz="12" w:color="000000"/>
              <w:right w:val="single" w:sz="12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61" w:lineRule="exact" w:before="32" w:after="0"/>
              <w:ind w:left="1692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Assinatura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5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Presidente</w:t>
            </w:r>
          </w:p>
          <w:p>
            <w:pPr>
              <w:widowControl/>
              <w:wordWrap w:val="0"/>
              <w:autoSpaceDE w:val="0"/>
              <w:autoSpaceDN w:val="0"/>
              <w:spacing w:line="161" w:lineRule="exact" w:before="50" w:after="0"/>
              <w:ind w:left="1781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MARIA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AMÉLlA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-4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NECHI</w:t>
            </w:r>
          </w:p>
          <w:p>
            <w:pPr>
              <w:widowControl/>
              <w:wordWrap w:val="0"/>
              <w:autoSpaceDE w:val="0"/>
              <w:autoSpaceDN w:val="0"/>
              <w:spacing w:line="161" w:lineRule="exact" w:before="50" w:after="0"/>
              <w:ind w:left="180" w:right="0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16"/>
              </w:rPr>
              <w:t>RG</w:t>
            </w:r>
            <w:r>
              <w:rPr>
                <w:rFonts w:ascii="Calibri" w:hAnsi="Calibri" w:eastAsia="Calibri"/>
                <w:b w:val="0"/>
                <w:i w:val="0"/>
                <w:color w:val="000000"/>
                <w:spacing w:val="25"/>
                <w:sz w:val="16"/>
              </w:rPr>
              <w:t xml:space="preserve"> </w:t>
            </w:r>
            <w:r>
              <w:rPr>
                <w:rFonts w:ascii="Calibri" w:hAnsi="Calibri" w:eastAsia="Calibri"/>
                <w:b w:val="0"/>
                <w:i w:val="0"/>
                <w:color w:val="000000"/>
                <w:w w:val="101"/>
                <w:sz w:val="16"/>
              </w:rPr>
              <w:t>12211084</w:t>
            </w:r>
          </w:p>
          <w:p>
            <w:pPr>
              <w:widowControl/>
              <w:wordWrap w:val="0"/>
              <w:autoSpaceDE w:val="0"/>
              <w:autoSpaceDN w:val="0"/>
              <w:spacing w:line="118" w:lineRule="exact" w:before="291" w:after="0"/>
              <w:ind w:left="3750" w:right="0" w:firstLine="0"/>
              <w:jc w:val="left"/>
            </w:pP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2"/>
              </w:rPr>
              <w:t>PLANO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2"/>
                <w:sz w:val="12"/>
              </w:rPr>
              <w:t>DE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eastAsia="Calibri"/>
                <w:b w:val="0"/>
                <w:i/>
                <w:color w:val="000000"/>
                <w:spacing w:val="-1"/>
                <w:sz w:val="12"/>
              </w:rPr>
              <w:t>TRABALHO</w:t>
            </w:r>
          </w:p>
        </w:tc>
      </w:tr>
    </w:tbl>
    <w:p>
      <w:pPr>
        <w:widowControl/>
        <w:wordWrap w:val="0"/>
        <w:autoSpaceDE w:val="0"/>
        <w:autoSpaceDN w:val="0"/>
        <w:spacing w:line="-7019" w:lineRule="exact" w:before="0" w:after="0"/>
        <w:ind w:left="3187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exames</w:t>
      </w:r>
      <w:r>
        <w:rPr>
          <w:rFonts w:ascii="Calibri" w:hAnsi="Calibri" w:eastAsia="Calibri"/>
          <w:b w:val="0"/>
          <w:i w:val="0"/>
          <w:color w:val="000000"/>
          <w:spacing w:val="7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64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-4858" w:lineRule="exact" w:before="0" w:after="25"/>
        <w:ind w:left="818" w:right="0" w:firstLine="0"/>
        <w:jc w:val="left"/>
      </w:pPr>
      <w:r>
        <w:rPr>
          <w:rFonts w:ascii="Calibri" w:hAnsi="Calibri" w:eastAsia="Calibri"/>
          <w:b/>
          <w:i/>
          <w:color w:val="000000"/>
          <w:spacing w:val="-1"/>
          <w:sz w:val="12"/>
        </w:rPr>
        <w:t>Valor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>Repasse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>mensal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2"/>
          <w:sz w:val="12"/>
        </w:rPr>
        <w:t>C</w:t>
      </w:r>
      <w:r>
        <w:rPr>
          <w:rFonts w:ascii="Calibri" w:hAnsi="Calibri" w:eastAsia="Calibri"/>
          <w:b/>
          <w:i/>
          <w:color w:val="000000"/>
          <w:spacing w:val="-2"/>
          <w:sz w:val="12"/>
        </w:rPr>
        <w:t>/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>LOCAÇÃO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2"/>
          <w:sz w:val="12"/>
        </w:rPr>
        <w:t>(</w:t>
      </w:r>
      <w:r>
        <w:rPr>
          <w:rFonts w:ascii="Calibri" w:hAnsi="Calibri" w:eastAsia="Calibri"/>
          <w:b/>
          <w:i/>
          <w:color w:val="000000"/>
          <w:w w:val="98"/>
          <w:sz w:val="12"/>
        </w:rPr>
        <w:t>quando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 xml:space="preserve"> </w:t>
      </w:r>
      <w:r>
        <w:rPr>
          <w:rFonts w:ascii="Calibri" w:hAnsi="Calibri" w:eastAsia="Calibri"/>
          <w:b/>
          <w:i/>
          <w:color w:val="000000"/>
          <w:spacing w:val="-1"/>
          <w:sz w:val="12"/>
        </w:rPr>
        <w:t>houver</w:t>
      </w:r>
      <w:r>
        <w:rPr>
          <w:rFonts w:ascii="Calibri" w:hAnsi="Calibri" w:eastAsia="Calibri"/>
          <w:b/>
          <w:i/>
          <w:color w:val="000000"/>
          <w:w w:val="98"/>
          <w:sz w:val="12"/>
        </w:rPr>
        <w:t>)</w:t>
      </w:r>
      <w:r>
        <w:rPr>
          <w:rFonts w:ascii="Times New Roman" w:hAnsi="Times New Roman" w:eastAsia="Times New Roman"/>
          <w:b/>
          <w:color w:val="000000"/>
          <w:spacing w:val="665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165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312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41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735" w:right="0" w:firstLine="0"/>
        <w:jc w:val="left"/>
      </w:pP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DESPESAS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843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Valor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do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Mensal</w:t>
      </w:r>
      <w:r>
        <w:rPr>
          <w:rFonts w:ascii="Times New Roman" w:hAnsi="Times New Roman" w:eastAsia="Times New Roman"/>
          <w:b/>
          <w:color w:val="000000"/>
          <w:spacing w:val="1054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Valor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Ano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w w:val="101"/>
          <w:sz w:val="16"/>
        </w:rPr>
        <w:t>Recursos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Humanos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182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Salários</w:t>
      </w:r>
      <w:r>
        <w:rPr>
          <w:rFonts w:ascii="Calibri" w:hAnsi="Calibri" w:eastAsia="Calibri"/>
          <w:b w:val="0"/>
          <w:i w:val="0"/>
          <w:color w:val="000000"/>
          <w:spacing w:val="7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32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79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096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35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028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021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Benefícios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714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68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578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56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280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Encargos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Trabalhistas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32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079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48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365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028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04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2827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Sub</w:t>
      </w:r>
      <w:r>
        <w:rPr>
          <w:rFonts w:ascii="Calibri" w:hAnsi="Calibri" w:eastAsia="Calibri"/>
          <w:b/>
          <w:i/>
          <w:color w:val="000000"/>
          <w:spacing w:val="1"/>
          <w:sz w:val="16"/>
        </w:rPr>
        <w:t>-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total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(</w:t>
      </w:r>
      <w:r>
        <w:rPr>
          <w:rFonts w:ascii="Calibri" w:hAnsi="Calibri" w:eastAsia="Calibri"/>
          <w:b/>
          <w:i/>
          <w:color w:val="000000"/>
          <w:sz w:val="16"/>
        </w:rPr>
        <w:t>1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)</w:t>
      </w:r>
      <w:r>
        <w:rPr>
          <w:rFonts w:ascii="Times New Roman" w:hAnsi="Times New Roman" w:eastAsia="Times New Roman"/>
          <w:b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245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112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889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96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354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461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854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60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w w:val="101"/>
          <w:sz w:val="16"/>
        </w:rPr>
        <w:t>Provisão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(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21</w:t>
      </w:r>
      <w:r>
        <w:rPr>
          <w:rFonts w:ascii="Calibri" w:hAnsi="Calibri" w:eastAsia="Calibri"/>
          <w:b/>
          <w:i w:val="0"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57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sobre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base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FGTS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)</w:t>
      </w:r>
      <w:r>
        <w:rPr>
          <w:rFonts w:ascii="Times New Roman" w:hAnsi="Times New Roman" w:eastAsia="Times New Roman"/>
          <w:b w:val="0"/>
          <w:color w:val="000000"/>
          <w:spacing w:val="104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32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061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01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48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204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732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09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2827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Sub</w:t>
      </w:r>
      <w:r>
        <w:rPr>
          <w:rFonts w:ascii="Calibri" w:hAnsi="Calibri" w:eastAsia="Calibri"/>
          <w:b/>
          <w:i/>
          <w:color w:val="000000"/>
          <w:spacing w:val="1"/>
          <w:sz w:val="16"/>
        </w:rPr>
        <w:t>-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total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(</w:t>
      </w:r>
      <w:r>
        <w:rPr>
          <w:rFonts w:ascii="Calibri" w:hAnsi="Calibri" w:eastAsia="Calibri"/>
          <w:b/>
          <w:i/>
          <w:color w:val="000000"/>
          <w:sz w:val="16"/>
        </w:rPr>
        <w:t>2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)</w:t>
      </w:r>
      <w:r>
        <w:rPr>
          <w:rFonts w:ascii="Times New Roman" w:hAnsi="Times New Roman" w:eastAsia="Times New Roman"/>
          <w:b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326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17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061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01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479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204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732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09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3533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Custos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Indiretos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353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Água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471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Luz</w:t>
      </w:r>
      <w:r>
        <w:rPr>
          <w:rFonts w:ascii="Calibri" w:hAnsi="Calibri" w:eastAsia="Calibri"/>
          <w:b w:val="0"/>
          <w:i w:val="0"/>
          <w:color w:val="000000"/>
          <w:spacing w:val="7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350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64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444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Gás</w:t>
      </w:r>
      <w:r>
        <w:rPr>
          <w:rFonts w:ascii="Calibri" w:hAnsi="Calibri" w:eastAsia="Calibri"/>
          <w:b w:val="0"/>
          <w:i w:val="0"/>
          <w:color w:val="000000"/>
          <w:spacing w:val="7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349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Pedagógico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411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942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56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395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limpeza</w:t>
      </w:r>
      <w:r>
        <w:rPr>
          <w:rFonts w:ascii="Calibri" w:hAnsi="Calibri" w:eastAsia="Calibri"/>
          <w:b w:val="0"/>
          <w:i w:val="0"/>
          <w:color w:val="000000"/>
          <w:spacing w:val="7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411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942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56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388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higiene</w:t>
      </w:r>
      <w:r>
        <w:rPr>
          <w:rFonts w:ascii="Times New Roman" w:hAnsi="Times New Roman" w:eastAsia="Times New Roman"/>
          <w:b w:val="0"/>
          <w:color w:val="000000"/>
          <w:spacing w:val="110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411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942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56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287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Material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escritorio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115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Telefone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2784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Contabilidade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075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909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60</w:t>
      </w:r>
    </w:p>
    <w:p>
      <w:pPr>
        <w:widowControl/>
        <w:wordWrap w:val="0"/>
        <w:autoSpaceDE w:val="0"/>
        <w:autoSpaceDN w:val="0"/>
        <w:spacing w:line="161" w:lineRule="exact" w:before="50" w:after="131"/>
        <w:ind w:left="2836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nutricionista</w:t>
      </w:r>
      <w:r>
        <w:rPr>
          <w:rFonts w:ascii="Times New Roman" w:hAnsi="Times New Roman" w:eastAsia="Times New Roman"/>
          <w:b w:val="0"/>
          <w:color w:val="000000"/>
          <w:spacing w:val="109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64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1927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monitoramento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99"/>
          <w:sz w:val="16"/>
        </w:rPr>
        <w:t>de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alarme</w:t>
      </w:r>
      <w:r>
        <w:rPr>
          <w:rFonts w:ascii="Times New Roman" w:hAnsi="Times New Roman" w:eastAsia="Times New Roman"/>
          <w:b w:val="0"/>
          <w:color w:val="000000"/>
          <w:spacing w:val="110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1363" w:right="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16"/>
        </w:rPr>
        <w:t>Pequenas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Manutenções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da</w:t>
      </w:r>
      <w:r>
        <w:rPr>
          <w:rFonts w:ascii="Times New Roman" w:hAnsi="Times New Roman" w:eastAsia="Times New Roman"/>
          <w:b w:val="0"/>
          <w:color w:val="000000"/>
          <w:spacing w:val="-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unidade</w:t>
      </w:r>
      <w:r>
        <w:rPr>
          <w:rFonts w:ascii="Calibri" w:hAnsi="Calibri" w:eastAsia="Calibri"/>
          <w:b w:val="0"/>
          <w:i w:val="0"/>
          <w:color w:val="000000"/>
          <w:spacing w:val="76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2928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Sub</w:t>
      </w:r>
      <w:r>
        <w:rPr>
          <w:rFonts w:ascii="Calibri" w:hAnsi="Calibri" w:eastAsia="Calibri"/>
          <w:b/>
          <w:i/>
          <w:color w:val="000000"/>
          <w:spacing w:val="1"/>
          <w:sz w:val="16"/>
        </w:rPr>
        <w:t>-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total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</w:t>
      </w:r>
      <w:r>
        <w:rPr>
          <w:rFonts w:ascii="Times New Roman" w:hAnsi="Times New Roman" w:eastAsia="Times New Roman"/>
          <w:b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326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35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361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44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479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424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337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28</w:t>
      </w:r>
    </w:p>
    <w:p>
      <w:pPr>
        <w:widowControl/>
        <w:wordWrap w:val="0"/>
        <w:autoSpaceDE w:val="0"/>
        <w:autoSpaceDN w:val="0"/>
        <w:spacing w:line="161" w:lineRule="exact" w:before="261" w:after="130"/>
        <w:ind w:left="957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Valor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Mensal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Subsídio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e</w:t>
      </w:r>
      <w:r>
        <w:rPr>
          <w:rFonts w:ascii="Calibri" w:hAnsi="Calibri" w:eastAsia="Calibri"/>
          <w:b/>
          <w:i/>
          <w:color w:val="000000"/>
          <w:spacing w:val="-1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manut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sz w:val="16"/>
        </w:rPr>
        <w:t>Unidade</w:t>
      </w:r>
      <w:r>
        <w:rPr>
          <w:rFonts w:ascii="Times New Roman" w:hAnsi="Times New Roman" w:eastAsia="Times New Roman"/>
          <w:b/>
          <w:color w:val="000000"/>
          <w:spacing w:val="10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245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165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312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41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354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2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090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923</w:t>
      </w:r>
      <w:r>
        <w:rPr>
          <w:rFonts w:ascii="Calibri" w:hAnsi="Calibri" w:eastAsia="Calibri"/>
          <w:b/>
          <w:i/>
          <w:color w:val="000000"/>
          <w:w w:val="98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97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3804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Locação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168" w:right="0" w:firstLine="0"/>
        <w:jc w:val="left"/>
      </w:pPr>
      <w:r>
        <w:rPr>
          <w:rFonts w:ascii="Calibri" w:hAnsi="Calibri" w:eastAsia="Calibri"/>
          <w:b w:val="0"/>
          <w:i/>
          <w:color w:val="000000"/>
          <w:sz w:val="16"/>
        </w:rPr>
        <w:t>Aluguel</w:t>
      </w:r>
      <w:r>
        <w:rPr>
          <w:rFonts w:ascii="Times New Roman" w:hAnsi="Times New Roman" w:eastAsia="Times New Roman"/>
          <w:b w:val="0"/>
          <w:color w:val="000000"/>
          <w:spacing w:val="10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411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7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56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84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348" w:right="0" w:firstLine="0"/>
        <w:jc w:val="left"/>
      </w:pPr>
      <w:r>
        <w:rPr>
          <w:rFonts w:ascii="Calibri" w:hAnsi="Calibri" w:eastAsia="Calibri"/>
          <w:b w:val="0"/>
          <w:i/>
          <w:color w:val="000000"/>
          <w:w w:val="101"/>
          <w:sz w:val="16"/>
        </w:rPr>
        <w:t>IPTU</w:t>
      </w:r>
      <w:r>
        <w:rPr>
          <w:rFonts w:ascii="Times New Roman" w:hAnsi="Times New Roman" w:eastAsia="Times New Roman"/>
          <w:b w:val="0"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61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35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50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76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248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50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3348" w:right="0" w:firstLine="0"/>
        <w:jc w:val="left"/>
      </w:pPr>
      <w:r>
        <w:rPr>
          <w:rFonts w:ascii="Calibri" w:hAnsi="Calibri" w:eastAsia="Calibri"/>
          <w:b w:val="0"/>
          <w:i/>
          <w:color w:val="000000"/>
          <w:w w:val="101"/>
          <w:sz w:val="16"/>
        </w:rPr>
        <w:t>IPTU</w:t>
      </w:r>
      <w:r>
        <w:rPr>
          <w:rFonts w:ascii="Times New Roman" w:hAnsi="Times New Roman" w:eastAsia="Times New Roman"/>
          <w:b w:val="0"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533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464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91</w:t>
      </w:r>
      <w:r>
        <w:rPr>
          <w:rFonts w:ascii="Calibri" w:hAnsi="Calibri" w:eastAsia="Calibri"/>
          <w:b w:val="0"/>
          <w:i w:val="0"/>
          <w:color w:val="000000"/>
          <w:spacing w:val="12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164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649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10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2928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Sub</w:t>
      </w:r>
      <w:r>
        <w:rPr>
          <w:rFonts w:ascii="Calibri" w:hAnsi="Calibri" w:eastAsia="Calibri"/>
          <w:b/>
          <w:i/>
          <w:color w:val="000000"/>
          <w:spacing w:val="1"/>
          <w:sz w:val="16"/>
        </w:rPr>
        <w:t>-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total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</w:t>
      </w:r>
      <w:r>
        <w:rPr>
          <w:rFonts w:ascii="Times New Roman" w:hAnsi="Times New Roman" w:eastAsia="Times New Roman"/>
          <w:b/>
          <w:color w:val="000000"/>
          <w:spacing w:val="102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408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7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500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41</w:t>
      </w:r>
      <w:r>
        <w:rPr>
          <w:rFonts w:ascii="Times New Roman" w:hAnsi="Times New Roman" w:eastAsia="Times New Roman"/>
          <w:b/>
          <w:color w:val="000000"/>
          <w:spacing w:val="123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156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88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897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60</w:t>
      </w:r>
    </w:p>
    <w:p>
      <w:pPr>
        <w:widowControl/>
        <w:wordWrap w:val="0"/>
        <w:autoSpaceDE w:val="0"/>
        <w:autoSpaceDN w:val="0"/>
        <w:spacing w:line="161" w:lineRule="exact" w:before="261" w:after="130"/>
        <w:ind w:left="2810" w:right="0" w:firstLine="0"/>
        <w:jc w:val="left"/>
      </w:pPr>
      <w:r>
        <w:rPr>
          <w:rFonts w:ascii="Calibri" w:hAnsi="Calibri" w:eastAsia="Calibri"/>
          <w:b/>
          <w:i w:val="0"/>
          <w:color w:val="000000"/>
          <w:spacing w:val="1"/>
          <w:sz w:val="16"/>
        </w:rPr>
        <w:t>VERBA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ADICIONAL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2"/>
          <w:sz w:val="16"/>
        </w:rPr>
        <w:t>-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Maio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Setembro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Subsidio</w:t>
      </w:r>
      <w:r>
        <w:rPr>
          <w:rFonts w:ascii="Calibri" w:hAnsi="Calibri" w:eastAsia="Calibri"/>
          <w:b/>
          <w:i w:val="0"/>
          <w:color w:val="000000"/>
          <w:spacing w:val="2727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Valores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Previstos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Qualificação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Recursos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Humanos</w:t>
      </w:r>
      <w:r>
        <w:rPr>
          <w:rFonts w:ascii="Times New Roman" w:hAnsi="Times New Roman" w:eastAsia="Times New Roman"/>
          <w:b w:val="0"/>
          <w:color w:val="000000"/>
          <w:spacing w:val="110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36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50" w:after="130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Auxilio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no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Pagamento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férias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13º</w:t>
      </w:r>
      <w:r>
        <w:rPr>
          <w:rFonts w:ascii="Times New Roman" w:hAnsi="Times New Roman" w:eastAsia="Times New Roman"/>
          <w:b w:val="0"/>
          <w:color w:val="000000"/>
          <w:spacing w:val="967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36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00</w:t>
      </w:r>
    </w:p>
    <w:p>
      <w:pPr>
        <w:widowControl/>
        <w:wordWrap w:val="0"/>
        <w:autoSpaceDE w:val="0"/>
        <w:autoSpaceDN w:val="0"/>
        <w:spacing w:line="161" w:lineRule="exact" w:before="261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Aquisição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sz w:val="16"/>
        </w:rPr>
        <w:t>Material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Pedagógico</w:t>
      </w:r>
      <w:r>
        <w:rPr>
          <w:rFonts w:ascii="Times New Roman" w:hAnsi="Times New Roman" w:eastAsia="Times New Roman"/>
          <w:b w:val="0"/>
          <w:color w:val="000000"/>
          <w:spacing w:val="1175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20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350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01</w:t>
      </w:r>
    </w:p>
    <w:p>
      <w:pPr>
        <w:widowControl/>
        <w:wordWrap w:val="0"/>
        <w:autoSpaceDE w:val="0"/>
        <w:autoSpaceDN w:val="0"/>
        <w:spacing w:line="161" w:lineRule="exact" w:before="50" w:after="25"/>
        <w:ind w:left="498" w:right="0" w:firstLine="0"/>
        <w:jc w:val="left"/>
      </w:pPr>
      <w:r>
        <w:rPr>
          <w:rFonts w:ascii="Calibri" w:hAnsi="Calibri" w:eastAsia="Calibri"/>
          <w:b/>
          <w:i w:val="0"/>
          <w:color w:val="000000"/>
          <w:sz w:val="16"/>
        </w:rPr>
        <w:t>Aquisição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de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bens</w:t>
      </w:r>
      <w:r>
        <w:rPr>
          <w:rFonts w:ascii="Times New Roman" w:hAnsi="Times New Roman" w:eastAsia="Times New Roman"/>
          <w:b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/>
          <w:i w:val="0"/>
          <w:color w:val="000000"/>
          <w:w w:val="101"/>
          <w:sz w:val="16"/>
        </w:rPr>
        <w:t>permanentes</w:t>
      </w:r>
      <w:r>
        <w:rPr>
          <w:rFonts w:ascii="Times New Roman" w:hAnsi="Times New Roman" w:eastAsia="Times New Roman"/>
          <w:b w:val="0"/>
          <w:color w:val="000000"/>
          <w:spacing w:val="1302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sz w:val="16"/>
        </w:rPr>
        <w:t>R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$</w:t>
      </w:r>
      <w:r>
        <w:rPr>
          <w:rFonts w:ascii="Times New Roman" w:hAnsi="Times New Roman" w:eastAsia="Times New Roman"/>
          <w:b w:val="0"/>
          <w:color w:val="000000"/>
          <w:spacing w:val="-4"/>
          <w:sz w:val="16"/>
        </w:rPr>
        <w:t xml:space="preserve"> 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32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.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962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,</w:t>
      </w:r>
      <w:r>
        <w:rPr>
          <w:rFonts w:ascii="Calibri" w:hAnsi="Calibri" w:eastAsia="Calibri"/>
          <w:b w:val="0"/>
          <w:i w:val="0"/>
          <w:color w:val="000000"/>
          <w:w w:val="101"/>
          <w:sz w:val="16"/>
        </w:rPr>
        <w:t>40</w:t>
      </w:r>
    </w:p>
    <w:p>
      <w:pPr>
        <w:widowControl/>
        <w:wordWrap w:val="0"/>
        <w:autoSpaceDE w:val="0"/>
        <w:autoSpaceDN w:val="0"/>
        <w:spacing w:line="161" w:lineRule="exact" w:before="50" w:after="0"/>
        <w:ind w:left="498" w:right="0" w:firstLine="0"/>
        <w:jc w:val="left"/>
      </w:pPr>
      <w:r>
        <w:rPr>
          <w:rFonts w:ascii="Calibri" w:hAnsi="Calibri" w:eastAsia="Calibri"/>
          <w:b/>
          <w:i/>
          <w:color w:val="000000"/>
          <w:sz w:val="16"/>
        </w:rPr>
        <w:t>Total</w:t>
      </w:r>
      <w:r>
        <w:rPr>
          <w:rFonts w:ascii="Times New Roman" w:hAnsi="Times New Roman" w:eastAsia="Times New Roman"/>
          <w:b/>
          <w:color w:val="000000"/>
          <w:spacing w:val="3034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R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$</w:t>
      </w:r>
      <w:r>
        <w:rPr>
          <w:rFonts w:ascii="Calibri" w:hAnsi="Calibri" w:eastAsia="Calibri"/>
          <w:b/>
          <w:i/>
          <w:color w:val="000000"/>
          <w:spacing w:val="0"/>
          <w:sz w:val="16"/>
        </w:rPr>
        <w:t xml:space="preserve"> 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165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.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312</w:t>
      </w:r>
      <w:r>
        <w:rPr>
          <w:rFonts w:ascii="Calibri" w:hAnsi="Calibri" w:eastAsia="Calibri"/>
          <w:b/>
          <w:i/>
          <w:color w:val="000000"/>
          <w:w w:val="99"/>
          <w:sz w:val="16"/>
        </w:rPr>
        <w:t>,</w:t>
      </w:r>
      <w:r>
        <w:rPr>
          <w:rFonts w:ascii="Calibri" w:hAnsi="Calibri" w:eastAsia="Calibri"/>
          <w:b/>
          <w:i/>
          <w:color w:val="000000"/>
          <w:w w:val="101"/>
          <w:sz w:val="16"/>
        </w:rPr>
        <w:t>41</w:t>
      </w:r>
    </w:p>
    <w:sectPr w:rsidR="00FC693F" w:rsidRPr="0006063C" w:rsidSect="00034616">
      <w:pgSz w:w="11904" w:h="16836"/>
      <w:pgMar w:top="544" w:right="1440" w:bottom="723" w:left="692" w:header="720" w:footer="720" w:gutter="0"/>
      <w:cols w:space="720" w:num="1" w:equalWidth="0">
        <w:col w:w="9772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mailto:elen.nal@hotmail.com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2025-05-09T13:02:03Z</dcterms:created>
  <dcterms:modified xsi:type="dcterms:W3CDTF">2025-05-09T13:02:03Z</dcterms:modified>
  <cp:category/>
</cp:coreProperties>
</file>