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329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1106055</wp:posOffset>
            </wp:positionH>
            <wp:positionV relativeFrom="page">
              <wp:posOffset>894905</wp:posOffset>
            </wp:positionV>
            <wp:extent cx="4634230" cy="102108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10210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473963</wp:posOffset>
            </wp:positionH>
            <wp:positionV relativeFrom="page">
              <wp:posOffset>2057654</wp:posOffset>
            </wp:positionV>
            <wp:extent cx="6544310" cy="2921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4310" cy="292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1484630</wp:posOffset>
            </wp:positionH>
            <wp:positionV relativeFrom="page">
              <wp:posOffset>2909951</wp:posOffset>
            </wp:positionV>
            <wp:extent cx="2809875" cy="1270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2909951</wp:posOffset>
            </wp:positionV>
            <wp:extent cx="1571625" cy="1270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1484630</wp:posOffset>
            </wp:positionH>
            <wp:positionV relativeFrom="page">
              <wp:posOffset>3470783</wp:posOffset>
            </wp:positionV>
            <wp:extent cx="2809875" cy="1270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1484630</wp:posOffset>
            </wp:positionH>
            <wp:positionV relativeFrom="page">
              <wp:posOffset>3751198</wp:posOffset>
            </wp:positionV>
            <wp:extent cx="3952875" cy="1270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1484630</wp:posOffset>
            </wp:positionH>
            <wp:positionV relativeFrom="page">
              <wp:posOffset>4747894</wp:posOffset>
            </wp:positionV>
            <wp:extent cx="2809875" cy="10160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1484630</wp:posOffset>
            </wp:positionH>
            <wp:positionV relativeFrom="page">
              <wp:posOffset>5028310</wp:posOffset>
            </wp:positionV>
            <wp:extent cx="2809875" cy="12700"/>
            <wp:wrapNone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4747894</wp:posOffset>
            </wp:positionV>
            <wp:extent cx="1571625" cy="10160"/>
            <wp:wrapNone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5028310</wp:posOffset>
            </wp:positionV>
            <wp:extent cx="1571625" cy="12700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1484630</wp:posOffset>
            </wp:positionH>
            <wp:positionV relativeFrom="page">
              <wp:posOffset>6586092</wp:posOffset>
            </wp:positionV>
            <wp:extent cx="2809875" cy="12700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2068322</wp:posOffset>
            </wp:positionH>
            <wp:positionV relativeFrom="page">
              <wp:posOffset>6305676</wp:posOffset>
            </wp:positionV>
            <wp:extent cx="2225675" cy="12700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6586092</wp:posOffset>
            </wp:positionV>
            <wp:extent cx="1571625" cy="12700"/>
            <wp:wrapNone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7146925</wp:posOffset>
            </wp:positionV>
            <wp:extent cx="1571625" cy="12700"/>
            <wp:wrapNone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7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673" w:after="0"/>
        <w:ind w:left="0" w:right="0"/>
      </w:pPr>
    </w:p>
    <w:tbl>
      <w:tblPr>
        <w:tblW w:type="auto" w:w="0"/>
        <w:tblInd w:type="dxa" w:w="83"/>
        <w:tblLayout w:type="fixed"/>
        <w:tblLook w:firstColumn="1" w:firstRow="1" w:lastColumn="0" w:lastRow="0" w:noHBand="0" w:noVBand="1" w:val="04A0"/>
      </w:tblPr>
      <w:tblGrid>
        <w:gridCol w:w="10412"/>
      </w:tblGrid>
      <w:tr>
        <w:trPr>
          <w:trHeight w:hRule="exact" w:val="2318"/>
        </w:trPr>
        <w:tc>
          <w:tcPr>
            <w:tcW w:type="dxa" w:w="10303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1997" w:after="0"/>
              <w:ind w:left="439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FFFFFF"/>
                <w:spacing w:val="-2"/>
                <w:sz w:val="17"/>
              </w:rPr>
              <w:t>PLANO</w:t>
            </w:r>
            <w:r>
              <w:rPr>
                <w:rFonts w:ascii="Times New Roman" w:hAnsi="Times New Roman" w:eastAsia="Times New Roman"/>
                <w:b/>
                <w:color w:val="FFFFFF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FFFFFF"/>
                <w:spacing w:val="-1"/>
                <w:sz w:val="17"/>
              </w:rPr>
              <w:t>DE</w:t>
            </w:r>
            <w:r>
              <w:rPr>
                <w:rFonts w:ascii="Times New Roman" w:hAnsi="Times New Roman" w:eastAsia="Times New Roman"/>
                <w:b/>
                <w:color w:val="FFFFFF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FFFFFF"/>
                <w:spacing w:val="-1"/>
                <w:sz w:val="17"/>
              </w:rPr>
              <w:t>TRABALHO</w:t>
            </w:r>
          </w:p>
        </w:tc>
      </w:tr>
      <w:tr>
        <w:trPr>
          <w:trHeight w:hRule="exact" w:val="233"/>
        </w:trPr>
        <w:tc>
          <w:tcPr>
            <w:tcW w:type="dxa" w:w="10303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shd w:fill="FFFF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" w:after="0"/>
              <w:ind w:left="3944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1</w:t>
            </w:r>
            <w:r>
              <w:rPr>
                <w:rFonts w:ascii="Calibri" w:hAnsi="Calibri" w:eastAsia="Calibri"/>
                <w:b/>
                <w:i w:val="0"/>
                <w:color w:val="000000"/>
                <w:sz w:val="17"/>
              </w:rPr>
              <w:t>.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DADOS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DA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7"/>
              </w:rPr>
              <w:t>ENTIDADE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7"/>
              </w:rPr>
              <w:t>PARCEIRA</w:t>
            </w:r>
          </w:p>
        </w:tc>
      </w:tr>
      <w:tr>
        <w:trPr>
          <w:trHeight w:hRule="exact" w:val="663"/>
        </w:trPr>
        <w:tc>
          <w:tcPr>
            <w:tcW w:type="dxa" w:w="10303"/>
            <w:vMerge w:val="restart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7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RAZÃO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SOCIAL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8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ASSOCIAÇÃO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BENEFICENTE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LUZ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UM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NOVO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MUNDO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274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CNPJ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SEDE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835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219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349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0001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26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242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INSC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MUNICIPAL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273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ENDEREÇO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SEDE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8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Rua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Pedro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Rabelo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nº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267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JD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Novo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Carrao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São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Paulo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CEP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08255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49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273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TELEFONE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: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13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3375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6775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97950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1915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4115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7996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273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MAIL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: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017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genteiluminada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@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hotmail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com</w:t>
            </w:r>
          </w:p>
        </w:tc>
      </w:tr>
      <w:tr>
        <w:trPr>
          <w:trHeight w:hRule="exact" w:val="1558"/>
        </w:trPr>
        <w:tc>
          <w:tcPr>
            <w:tcW w:type="dxa" w:w="10412"/>
            <w:vMerge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33"/>
        </w:trPr>
        <w:tc>
          <w:tcPr>
            <w:tcW w:type="dxa" w:w="10303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shd w:fill="FFFF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" w:after="0"/>
              <w:ind w:left="3786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2</w:t>
            </w:r>
            <w:r>
              <w:rPr>
                <w:rFonts w:ascii="Calibri" w:hAnsi="Calibri" w:eastAsia="Calibri"/>
                <w:b/>
                <w:i w:val="0"/>
                <w:color w:val="000000"/>
                <w:sz w:val="17"/>
              </w:rPr>
              <w:t>.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DADOS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DO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7"/>
              </w:rPr>
              <w:t>DIRIGENTE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z w:val="17"/>
              </w:rPr>
              <w:t>(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7"/>
              </w:rPr>
              <w:t>PRESIDENTE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7"/>
              </w:rPr>
              <w:t>)</w:t>
            </w:r>
          </w:p>
        </w:tc>
      </w:tr>
      <w:tr>
        <w:trPr>
          <w:trHeight w:hRule="exact" w:val="221"/>
        </w:trPr>
        <w:tc>
          <w:tcPr>
            <w:tcW w:type="dxa" w:w="10303"/>
            <w:tcBorders>
              <w:top w:val="single" w:sz="12" w:color="000000"/>
              <w:left w:val="single" w:sz="12" w:color="000000"/>
              <w:bottom w:val="single" w:sz="6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7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NOME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108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MARIA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AMÉLlA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NECHI</w:t>
            </w:r>
          </w:p>
        </w:tc>
      </w:tr>
      <w:tr>
        <w:trPr>
          <w:trHeight w:hRule="exact" w:val="442"/>
        </w:trPr>
        <w:tc>
          <w:tcPr>
            <w:tcW w:type="dxa" w:w="10303"/>
            <w:tcBorders>
              <w:top w:val="single" w:sz="6" w:color="000000"/>
              <w:left w:val="single" w:sz="12" w:color="000000"/>
              <w:bottom w:val="single" w:sz="6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5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ENDEREÇO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806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Rua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Pedro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Rabelo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267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Jardim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Novo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Carrão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CEP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: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908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000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São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Paulo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SP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,</w:t>
            </w:r>
          </w:p>
        </w:tc>
      </w:tr>
      <w:tr>
        <w:trPr>
          <w:trHeight w:hRule="exact" w:val="442"/>
        </w:trPr>
        <w:tc>
          <w:tcPr>
            <w:tcW w:type="dxa" w:w="10303"/>
            <w:vMerge w:val="restart"/>
            <w:tcBorders>
              <w:top w:val="single" w:sz="6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5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TELEFONE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861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11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97728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3433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369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MAIL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: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226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FF"/>
                <w:spacing w:val="2"/>
                <w:sz w:val="17"/>
                <w:u w:val="single"/>
              </w:rPr>
              <w:t>elen</w:t>
            </w:r>
            <w:r>
              <w:rPr>
                <w:rFonts w:ascii="Calibri" w:hAnsi="Calibri" w:eastAsia="Calibri"/>
                <w:b w:val="0"/>
                <w:i w:val="0"/>
                <w:color w:val="0000FF"/>
                <w:w w:val="101"/>
                <w:sz w:val="17"/>
                <w:u w:val="single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FF"/>
                <w:spacing w:val="-2"/>
                <w:sz w:val="17"/>
                <w:u w:val="single"/>
              </w:rPr>
              <w:t>nal</w:t>
            </w:r>
            <w:r>
              <w:rPr>
                <w:rFonts w:ascii="Calibri" w:hAnsi="Calibri" w:eastAsia="Calibri"/>
                <w:b w:val="0"/>
                <w:i w:val="0"/>
                <w:color w:val="0000FF"/>
                <w:spacing w:val="-1"/>
                <w:sz w:val="17"/>
                <w:u w:val="single"/>
              </w:rPr>
              <w:t>@</w:t>
            </w:r>
            <w:r>
              <w:rPr>
                <w:rFonts w:ascii="Calibri" w:hAnsi="Calibri" w:eastAsia="Calibri"/>
                <w:b w:val="0"/>
                <w:i w:val="0"/>
                <w:color w:val="0000FF"/>
                <w:w w:val="99"/>
                <w:sz w:val="17"/>
                <w:u w:val="single"/>
              </w:rPr>
              <w:t>hotmail</w:t>
            </w:r>
            <w:r>
              <w:rPr>
                <w:rFonts w:ascii="Calibri" w:hAnsi="Calibri" w:eastAsia="Calibri"/>
                <w:b w:val="0"/>
                <w:i w:val="0"/>
                <w:color w:val="0000FF"/>
                <w:sz w:val="17"/>
                <w:u w:val="single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FF"/>
                <w:w w:val="101"/>
                <w:sz w:val="17"/>
                <w:u w:val="single"/>
              </w:rPr>
              <w:t>com</w:t>
            </w:r>
            <w:r>
              <w:rPr>
                <w:rFonts w:ascii="Calibri" w:hAnsi="Calibri" w:eastAsia="Calibri"/>
                <w:b w:val="0"/>
                <w:i w:val="0"/>
                <w:color w:val="0000FF"/>
                <w:spacing w:val="0"/>
                <w:sz w:val="17"/>
                <w:u w:val="single"/>
              </w:rPr>
              <w:t xml:space="preserve"> 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273" w:after="0"/>
              <w:ind w:left="134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RG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3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12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211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084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109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CPF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163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237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928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77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273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VIGENCIA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ATA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33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de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: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297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25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01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2019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860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899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25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01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2024</w:t>
            </w:r>
          </w:p>
        </w:tc>
      </w:tr>
      <w:tr>
        <w:trPr>
          <w:trHeight w:hRule="exact" w:val="442"/>
        </w:trPr>
        <w:tc>
          <w:tcPr>
            <w:tcW w:type="dxa" w:w="10412"/>
            <w:vMerge/>
            <w:tcBorders>
              <w:top w:val="single" w:sz="6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675"/>
        </w:trPr>
        <w:tc>
          <w:tcPr>
            <w:tcW w:type="dxa" w:w="10412"/>
            <w:vMerge/>
            <w:tcBorders>
              <w:top w:val="single" w:sz="6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33"/>
        </w:trPr>
        <w:tc>
          <w:tcPr>
            <w:tcW w:type="dxa" w:w="10303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shd w:fill="FFFF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" w:after="0"/>
              <w:ind w:left="4004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3</w:t>
            </w:r>
            <w:r>
              <w:rPr>
                <w:rFonts w:ascii="Calibri" w:hAnsi="Calibri" w:eastAsia="Calibri"/>
                <w:b/>
                <w:i w:val="0"/>
                <w:color w:val="000000"/>
                <w:sz w:val="17"/>
              </w:rPr>
              <w:t>.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DADOS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DA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7"/>
              </w:rPr>
              <w:t>UNIDADE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7"/>
              </w:rPr>
              <w:t>ESCOLAR</w:t>
            </w:r>
          </w:p>
        </w:tc>
      </w:tr>
      <w:tr>
        <w:trPr>
          <w:trHeight w:hRule="exact" w:val="221"/>
        </w:trPr>
        <w:tc>
          <w:tcPr>
            <w:tcW w:type="dxa" w:w="10303"/>
            <w:tcBorders>
              <w:top w:val="single" w:sz="12" w:color="000000"/>
              <w:left w:val="single" w:sz="12" w:color="000000"/>
              <w:bottom w:val="single" w:sz="6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7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NOME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FANTASIA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90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CRECHE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SEMENTINHA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ESPERANÇA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7"/>
              </w:rPr>
              <w:t>II</w:t>
            </w:r>
          </w:p>
        </w:tc>
      </w:tr>
      <w:tr>
        <w:trPr>
          <w:trHeight w:hRule="exact" w:val="442"/>
        </w:trPr>
        <w:tc>
          <w:tcPr>
            <w:tcW w:type="dxa" w:w="10303"/>
            <w:tcBorders>
              <w:top w:val="single" w:sz="6" w:color="000000"/>
              <w:left w:val="single" w:sz="12" w:color="000000"/>
              <w:bottom w:val="single" w:sz="6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5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ENDEREÇO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806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TEREZA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RAVAZIO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MAGNI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226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JD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FORTALEZA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CEP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07153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180</w:t>
            </w:r>
          </w:p>
        </w:tc>
      </w:tr>
      <w:tr>
        <w:trPr>
          <w:trHeight w:hRule="exact" w:val="883"/>
        </w:trPr>
        <w:tc>
          <w:tcPr>
            <w:tcW w:type="dxa" w:w="10303"/>
            <w:vMerge w:val="restart"/>
            <w:tcBorders>
              <w:top w:val="single" w:sz="6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5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CNPJ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UNIDADE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ESCOLAR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273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TELEFONE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60"/>
                <w:sz w:val="15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5"/>
              </w:rPr>
              <w:t>11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5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5"/>
              </w:rPr>
              <w:t>97728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5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5"/>
              </w:rPr>
              <w:t>3433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457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MAIL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: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226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FF"/>
                <w:spacing w:val="2"/>
                <w:sz w:val="17"/>
                <w:u w:val="single"/>
              </w:rPr>
              <w:t>elen</w:t>
            </w:r>
            <w:r>
              <w:rPr>
                <w:rFonts w:ascii="Calibri" w:hAnsi="Calibri" w:eastAsia="Calibri"/>
                <w:b w:val="0"/>
                <w:i w:val="0"/>
                <w:color w:val="0000FF"/>
                <w:w w:val="101"/>
                <w:sz w:val="17"/>
                <w:u w:val="single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FF"/>
                <w:spacing w:val="-2"/>
                <w:sz w:val="17"/>
                <w:u w:val="single"/>
              </w:rPr>
              <w:t>nal</w:t>
            </w:r>
            <w:r>
              <w:rPr>
                <w:rFonts w:ascii="Calibri" w:hAnsi="Calibri" w:eastAsia="Calibri"/>
                <w:b w:val="0"/>
                <w:i w:val="0"/>
                <w:color w:val="0000FF"/>
                <w:spacing w:val="-1"/>
                <w:sz w:val="17"/>
                <w:u w:val="single"/>
              </w:rPr>
              <w:t>@</w:t>
            </w:r>
            <w:r>
              <w:rPr>
                <w:rFonts w:ascii="Calibri" w:hAnsi="Calibri" w:eastAsia="Calibri"/>
                <w:b w:val="0"/>
                <w:i w:val="0"/>
                <w:color w:val="0000FF"/>
                <w:w w:val="99"/>
                <w:sz w:val="17"/>
                <w:u w:val="single"/>
              </w:rPr>
              <w:t>hotmail</w:t>
            </w:r>
            <w:r>
              <w:rPr>
                <w:rFonts w:ascii="Calibri" w:hAnsi="Calibri" w:eastAsia="Calibri"/>
                <w:b w:val="0"/>
                <w:i w:val="0"/>
                <w:color w:val="0000FF"/>
                <w:sz w:val="17"/>
                <w:u w:val="single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FF"/>
                <w:w w:val="101"/>
                <w:sz w:val="17"/>
                <w:u w:val="single"/>
              </w:rPr>
              <w:t>com</w:t>
            </w:r>
            <w:r>
              <w:rPr>
                <w:rFonts w:ascii="Calibri" w:hAnsi="Calibri" w:eastAsia="Calibri"/>
                <w:b w:val="0"/>
                <w:i w:val="0"/>
                <w:color w:val="0000FF"/>
                <w:spacing w:val="0"/>
                <w:sz w:val="17"/>
                <w:u w:val="single"/>
              </w:rPr>
              <w:t xml:space="preserve"> 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273" w:after="0"/>
              <w:ind w:left="160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BANCO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79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___________________________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192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CONTA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CORRENTE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97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_____________________________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52" w:after="0"/>
              <w:ind w:left="91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DADOS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BANCÁRIOS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: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52" w:after="0"/>
              <w:ind w:left="160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AGENCIA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5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___________________________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192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CONTA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POUPANÇA</w:t>
            </w:r>
          </w:p>
        </w:tc>
      </w:tr>
      <w:tr>
        <w:trPr>
          <w:trHeight w:hRule="exact" w:val="883"/>
        </w:trPr>
        <w:tc>
          <w:tcPr>
            <w:tcW w:type="dxa" w:w="10412"/>
            <w:vMerge/>
            <w:tcBorders>
              <w:top w:val="single" w:sz="6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33"/>
        </w:trPr>
        <w:tc>
          <w:tcPr>
            <w:tcW w:type="dxa" w:w="10412"/>
            <w:vMerge/>
            <w:tcBorders>
              <w:top w:val="single" w:sz="6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21"/>
        </w:trPr>
        <w:tc>
          <w:tcPr>
            <w:tcW w:type="dxa" w:w="10303"/>
            <w:tcBorders>
              <w:top w:val="single" w:sz="12" w:color="000000"/>
              <w:left w:val="single" w:sz="12" w:color="000000"/>
              <w:bottom w:val="single" w:sz="6" w:color="000000"/>
              <w:right w:val="single" w:sz="12" w:color="000000"/>
            </w:tcBorders>
            <w:shd w:fill="FFFF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7" w:after="0"/>
              <w:ind w:left="468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4</w:t>
            </w:r>
            <w:r>
              <w:rPr>
                <w:rFonts w:ascii="Calibri" w:hAnsi="Calibri" w:eastAsia="Calibri"/>
                <w:b/>
                <w:i w:val="0"/>
                <w:color w:val="000000"/>
                <w:sz w:val="17"/>
              </w:rPr>
              <w:t>.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7"/>
              </w:rPr>
              <w:t>OBJETIVOS</w:t>
            </w:r>
          </w:p>
        </w:tc>
      </w:tr>
      <w:tr>
        <w:trPr>
          <w:trHeight w:hRule="exact" w:val="221"/>
        </w:trPr>
        <w:tc>
          <w:tcPr>
            <w:tcW w:type="dxa" w:w="10303"/>
            <w:tcBorders>
              <w:top w:val="single" w:sz="6" w:color="000000"/>
              <w:left w:val="single" w:sz="12" w:color="000000"/>
              <w:bottom w:val="single" w:sz="6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7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Atendimento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Modalidade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Educação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Básica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Educação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Infantil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Creche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Pré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Escola</w:t>
            </w:r>
          </w:p>
        </w:tc>
      </w:tr>
      <w:tr>
        <w:trPr>
          <w:trHeight w:hRule="exact" w:val="233"/>
        </w:trPr>
        <w:tc>
          <w:tcPr>
            <w:tcW w:type="dxa" w:w="10303"/>
            <w:tcBorders>
              <w:top w:val="single" w:sz="6" w:color="000000"/>
              <w:left w:val="single" w:sz="12" w:color="000000"/>
              <w:bottom w:val="single" w:sz="12" w:color="000000"/>
              <w:right w:val="single" w:sz="12" w:color="000000"/>
            </w:tcBorders>
            <w:shd w:fill="FFFF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2" w:after="0"/>
              <w:ind w:left="4554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5</w:t>
            </w:r>
            <w:r>
              <w:rPr>
                <w:rFonts w:ascii="Calibri" w:hAnsi="Calibri" w:eastAsia="Calibri"/>
                <w:b/>
                <w:i w:val="0"/>
                <w:color w:val="000000"/>
                <w:sz w:val="17"/>
              </w:rPr>
              <w:t>.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7"/>
              </w:rPr>
              <w:t>JUSTIFICATIVA</w:t>
            </w:r>
          </w:p>
        </w:tc>
      </w:tr>
      <w:tr>
        <w:trPr>
          <w:trHeight w:hRule="exact" w:val="233"/>
        </w:trPr>
        <w:tc>
          <w:tcPr>
            <w:tcW w:type="dxa" w:w="10303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/>
        </w:tc>
      </w:tr>
    </w:tbl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4" w:h="16836"/>
          <w:pgMar w:top="661" w:right="800" w:bottom="1440" w:left="692" w:header="720" w:footer="720" w:gutter="0"/>
          <w:cols w:space="720" w:num="1" w:equalWidth="0">
            <w:col w:w="1041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271"/>
        <w:ind w:left="0" w:right="0"/>
      </w:pPr>
      <w:r>
        <w:pict>
          <v:shape path="m,l,1000r1000,l1000,xe" filled="f" stroked="f" style="margin-left:52.8pt;margin-top:124.87pt;width:54.47pt;height:7.97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39" w:lineRule="exact" w:before="0" w:after="0"/>
                    <w:ind w:left="0" w:right="0" w:firstLine="0"/>
                    <w:jc w:val="left"/>
                  </w:pPr>
                  <w:r>
                    <w:rPr>
                      <w:rFonts w:ascii="Calibri" w:hAnsi="Calibri" w:eastAsia="Calibri"/>
                      <w:b/>
                      <w:i w:val="0"/>
                      <w:color w:val="221F1F"/>
                      <w:spacing w:val="3"/>
                      <w:sz w:val="14"/>
                    </w:rPr>
                    <w:t>a</w:t>
                  </w:r>
                  <w:r>
                    <w:rPr>
                      <w:rFonts w:ascii="Times New Roman" w:hAnsi="Times New Roman" w:eastAsia="Times New Roman"/>
                      <w:b/>
                      <w:color w:val="221F1F"/>
                      <w:spacing w:val="-2"/>
                      <w:sz w:val="14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221F1F"/>
                      <w:spacing w:val="3"/>
                      <w:sz w:val="14"/>
                    </w:rPr>
                    <w:t>unidade</w:t>
                  </w:r>
                  <w:r>
                    <w:rPr>
                      <w:rFonts w:ascii="Times New Roman" w:hAnsi="Times New Roman" w:eastAsia="Times New Roman"/>
                      <w:b/>
                      <w:color w:val="221F1F"/>
                      <w:spacing w:val="-2"/>
                      <w:sz w:val="14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221F1F"/>
                      <w:spacing w:val="3"/>
                      <w:sz w:val="14"/>
                    </w:rPr>
                    <w:t>escolar</w:t>
                  </w:r>
                </w:p>
              </w:txbxContent>
            </v:textbox>
            <w10:wrap type="none"/>
          </v:shape>
        </w:pict>
      </w:r>
    </w:p>
    <w:p>
      <w:pPr>
        <w:widowControl/>
        <w:wordWrap w:val="0"/>
        <w:autoSpaceDE w:val="0"/>
        <w:autoSpaceDN w:val="0"/>
        <w:spacing w:line="14" w:lineRule="exact" w:before="556" w:after="0"/>
        <w:ind w:left="0" w:right="0"/>
      </w:pPr>
    </w:p>
    <w:tbl>
      <w:tblPr>
        <w:tblW w:type="auto" w:w="0"/>
        <w:tblInd w:type="dxa" w:w="83"/>
        <w:tblLayout w:type="fixed"/>
        <w:tblLook w:firstColumn="1" w:firstRow="1" w:lastColumn="0" w:lastRow="0" w:noHBand="0" w:noVBand="1" w:val="04A0"/>
      </w:tblPr>
      <w:tblGrid>
        <w:gridCol w:w="3471"/>
        <w:gridCol w:w="3471"/>
        <w:gridCol w:w="3471"/>
      </w:tblGrid>
      <w:tr>
        <w:trPr>
          <w:trHeight w:hRule="exact" w:val="221"/>
        </w:trPr>
        <w:tc>
          <w:tcPr>
            <w:tcW w:type="dxa" w:w="10303"/>
            <w:gridSpan w:val="3"/>
            <w:tcBorders>
              <w:top w:val="single" w:sz="12" w:color="000000"/>
              <w:left w:val="single" w:sz="12" w:color="000000"/>
              <w:bottom w:val="single" w:sz="6" w:color="000000"/>
              <w:right w:val="single" w:sz="12" w:color="000000"/>
            </w:tcBorders>
            <w:shd w:fill="FFFF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7" w:after="0"/>
              <w:ind w:left="481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6</w:t>
            </w:r>
            <w:r>
              <w:rPr>
                <w:rFonts w:ascii="Calibri" w:hAnsi="Calibri" w:eastAsia="Calibri"/>
                <w:b/>
                <w:i w:val="0"/>
                <w:color w:val="000000"/>
                <w:sz w:val="17"/>
              </w:rPr>
              <w:t>.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7"/>
              </w:rPr>
              <w:t>METAS</w:t>
            </w:r>
          </w:p>
        </w:tc>
      </w:tr>
      <w:tr>
        <w:trPr>
          <w:trHeight w:hRule="exact" w:val="221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FF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7" w:after="0"/>
              <w:ind w:left="1044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FFFFFF"/>
                <w:spacing w:val="-1"/>
                <w:sz w:val="17"/>
              </w:rPr>
              <w:t>META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FF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7" w:after="0"/>
              <w:ind w:left="97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FFFFFF"/>
                <w:spacing w:val="-2"/>
                <w:sz w:val="17"/>
              </w:rPr>
              <w:t>FORMA</w:t>
            </w:r>
            <w:r>
              <w:rPr>
                <w:rFonts w:ascii="Times New Roman" w:hAnsi="Times New Roman" w:eastAsia="Times New Roman"/>
                <w:b/>
                <w:color w:val="FFFFFF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FFFFFF"/>
                <w:spacing w:val="-1"/>
                <w:sz w:val="17"/>
              </w:rPr>
              <w:t>DE</w:t>
            </w:r>
            <w:r>
              <w:rPr>
                <w:rFonts w:ascii="Times New Roman" w:hAnsi="Times New Roman" w:eastAsia="Times New Roman"/>
                <w:b/>
                <w:color w:val="FFFFFF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FFFFFF"/>
                <w:spacing w:val="-1"/>
                <w:sz w:val="17"/>
              </w:rPr>
              <w:t>EXECUÇÃO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FF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7" w:after="0"/>
              <w:ind w:left="106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FFFFFF"/>
                <w:spacing w:val="-2"/>
                <w:sz w:val="17"/>
              </w:rPr>
              <w:t>PARÂMETROS</w:t>
            </w:r>
            <w:r>
              <w:rPr>
                <w:rFonts w:ascii="Times New Roman" w:hAnsi="Times New Roman" w:eastAsia="Times New Roman"/>
                <w:b/>
                <w:color w:val="FFFFFF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FFFFFF"/>
                <w:spacing w:val="-2"/>
                <w:sz w:val="17"/>
              </w:rPr>
              <w:t>PARA</w:t>
            </w:r>
            <w:r>
              <w:rPr>
                <w:rFonts w:ascii="Times New Roman" w:hAnsi="Times New Roman" w:eastAsia="Times New Roman"/>
                <w:b/>
                <w:color w:val="FFFFFF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FFFFFF"/>
                <w:spacing w:val="-1"/>
                <w:sz w:val="17"/>
              </w:rPr>
              <w:t>AFERIÇÃO</w:t>
            </w:r>
          </w:p>
        </w:tc>
      </w:tr>
      <w:tr>
        <w:trPr>
          <w:trHeight w:hRule="exact" w:val="991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9" w:lineRule="exact" w:before="159" w:after="0"/>
              <w:ind w:left="302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Matricular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100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5"/>
                <w:sz w:val="14"/>
              </w:rPr>
              <w:t>%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(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cem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por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6" w:after="0"/>
              <w:ind w:left="302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cento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)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das</w:t>
            </w:r>
            <w:r>
              <w:rPr>
                <w:rFonts w:ascii="Times New Roman" w:hAnsi="Times New Roman" w:eastAsia="Times New Roman"/>
                <w:b/>
                <w:color w:val="221F1F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crianças</w:t>
            </w:r>
            <w:r>
              <w:rPr>
                <w:rFonts w:ascii="Calibri" w:hAnsi="Calibri" w:eastAsia="Calibri"/>
                <w:b/>
                <w:i w:val="0"/>
                <w:color w:val="221F1F"/>
                <w:w w:val="103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6" w:after="0"/>
              <w:ind w:left="302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acordo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com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número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8" w:after="0"/>
              <w:ind w:left="302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atendimento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previsto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para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9" w:lineRule="exact" w:before="102" w:after="0"/>
              <w:ind w:left="3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Efetivar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matrículas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crianças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8" w:after="0"/>
              <w:ind w:left="3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encaminhadas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Secretaria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Educação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.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69" w:after="0"/>
              <w:ind w:left="27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Através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consulta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sistema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Municipal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27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Educação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2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27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0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100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6"/>
                <w:sz w:val="14"/>
              </w:rPr>
              <w:t>%</w:t>
            </w:r>
          </w:p>
        </w:tc>
      </w:tr>
      <w:tr>
        <w:trPr>
          <w:trHeight w:hRule="exact" w:val="1190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69" w:after="0"/>
              <w:ind w:left="4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Acompanhar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tomar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devidas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4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providências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para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assegurar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7" w:after="0"/>
              <w:ind w:left="4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frequência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todas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crianças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7"/>
                <w:sz w:val="14"/>
              </w:rPr>
              <w:t>;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15" w:after="0"/>
              <w:ind w:left="3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frequência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crianças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será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acompanhada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7" w:after="0"/>
              <w:ind w:left="3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através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registros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próprios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.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15" w:after="0"/>
              <w:ind w:left="14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Consulta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anotações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efetuadas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nos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Registros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6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Ação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14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Supervisora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realizada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através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visitas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6"/>
                <w:sz w:val="14"/>
              </w:rPr>
              <w:t>“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3"/>
                <w:sz w:val="14"/>
              </w:rPr>
              <w:t>in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3"/>
                <w:sz w:val="14"/>
              </w:rPr>
              <w:t>loco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”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mensalmente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1" w:after="0"/>
              <w:ind w:left="14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Média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Geral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Unidade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Escolar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14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Baixa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Frequencia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14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Alunos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Frequentes</w:t>
            </w:r>
          </w:p>
        </w:tc>
      </w:tr>
      <w:tr>
        <w:trPr>
          <w:trHeight w:hRule="exact" w:val="1381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91" w:after="0"/>
              <w:ind w:left="69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Garantir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100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%(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cem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por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cento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)</w:t>
            </w:r>
            <w:r>
              <w:rPr>
                <w:rFonts w:ascii="Times New Roman" w:hAnsi="Times New Roman" w:eastAsia="Times New Roman"/>
                <w:b/>
                <w:color w:val="221F1F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69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gratuidade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no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atendimento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;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02" w:after="0"/>
              <w:ind w:left="131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conformidade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com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cláusulas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Termo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131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Colaboração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.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91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Registros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arquivos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próprios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(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houver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denúncia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além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anotações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efetuadas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nos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Registros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Supervisora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1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realizada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através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visitas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“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in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loco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”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mensalmente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6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Não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</w:tc>
      </w:tr>
      <w:tr>
        <w:trPr>
          <w:trHeight w:hRule="exact" w:val="1666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9" w:lineRule="exact" w:before="79" w:after="0"/>
              <w:ind w:left="15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Garantir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221F1F"/>
                <w:spacing w:val="-1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limpeza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limpeza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,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6" w:after="0"/>
              <w:ind w:left="15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higiene</w:t>
            </w:r>
            <w:r>
              <w:rPr>
                <w:rFonts w:ascii="Times New Roman" w:hAnsi="Times New Roman" w:eastAsia="Times New Roman"/>
                <w:b/>
                <w:color w:val="221F1F"/>
                <w:spacing w:val="-1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organização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todos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os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6" w:after="0"/>
              <w:ind w:left="15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espaços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para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pleno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8" w:after="0"/>
              <w:ind w:left="15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funcionamento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unidade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6" w:after="0"/>
              <w:ind w:left="15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escolar</w:t>
            </w:r>
            <w:r>
              <w:rPr>
                <w:rFonts w:ascii="Calibri" w:hAnsi="Calibri" w:eastAsia="Calibri"/>
                <w:b/>
                <w:i w:val="0"/>
                <w:color w:val="221F1F"/>
                <w:w w:val="103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fim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assegurar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um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6" w:after="0"/>
              <w:ind w:left="15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ambiente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qualidade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para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as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7" w:after="0"/>
              <w:ind w:left="15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2"/>
                <w:sz w:val="14"/>
              </w:rPr>
              <w:t>crianças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5"/>
                <w:sz w:val="14"/>
              </w:rPr>
              <w:t>;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25" w:after="0"/>
              <w:ind w:left="17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Organização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visa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limpeza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higiene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7" w:after="0"/>
              <w:ind w:left="17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mantendo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conscientização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todos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7" w:after="0"/>
              <w:ind w:left="17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funcionários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necessários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para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manutenção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dos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17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espaços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além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manutenção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periódica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17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unidade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escolar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.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80" w:after="0"/>
              <w:ind w:left="1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Registro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fotográfico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todas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visitas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6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117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0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100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6"/>
                <w:sz w:val="14"/>
              </w:rPr>
              <w:t>%</w:t>
            </w:r>
          </w:p>
        </w:tc>
      </w:tr>
      <w:tr>
        <w:trPr>
          <w:trHeight w:hRule="exact" w:val="1068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01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Manter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quadro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recursos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humanos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previsto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69" w:after="0"/>
              <w:ind w:left="4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Conforme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necessidade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acordo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com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4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legislação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específica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.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36" w:after="0"/>
              <w:ind w:left="5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Registro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durante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visitas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periódicas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comparando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com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Plano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5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Trabalho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5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0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100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6"/>
                <w:sz w:val="14"/>
              </w:rPr>
              <w:t>%</w:t>
            </w:r>
          </w:p>
        </w:tc>
      </w:tr>
      <w:tr>
        <w:trPr>
          <w:trHeight w:hRule="exact" w:val="1524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58" w:after="0"/>
              <w:ind w:left="13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Garantir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formação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continuada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13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dos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profissionais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acordo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com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13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propostas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SE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36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Organização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se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compromete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com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formação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7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continuada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todos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seus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profissionais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.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36" w:after="0"/>
              <w:ind w:left="10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Acompanhamento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formações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quando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oferecidas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10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própria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Instituição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através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reuniões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com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equipe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gestora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1" w:after="0"/>
              <w:ind w:left="10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unidade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escolar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104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104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Não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</w:tc>
      </w:tr>
      <w:tr>
        <w:trPr>
          <w:trHeight w:hRule="exact" w:val="1534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58" w:after="0"/>
              <w:ind w:left="56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Manter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organizada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atualizada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7" w:after="0"/>
              <w:ind w:left="56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100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5"/>
                <w:sz w:val="14"/>
              </w:rPr>
              <w:t>%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(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cem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por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cento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)</w:t>
            </w:r>
            <w:r>
              <w:rPr>
                <w:rFonts w:ascii="Times New Roman" w:hAnsi="Times New Roman" w:eastAsia="Times New Roman"/>
                <w:b/>
                <w:color w:val="221F1F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7" w:after="0"/>
              <w:ind w:left="56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documentação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Unidade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56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Educacional</w:t>
            </w:r>
            <w:r>
              <w:rPr>
                <w:rFonts w:ascii="Calibri" w:hAnsi="Calibri" w:eastAsia="Calibri"/>
                <w:b/>
                <w:i w:val="0"/>
                <w:color w:val="221F1F"/>
                <w:w w:val="103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crianças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atendidas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9" w:after="0"/>
              <w:ind w:left="56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dos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funcionários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6"/>
                <w:sz w:val="14"/>
              </w:rPr>
              <w:t>.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14" w:after="0"/>
              <w:ind w:left="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Organização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se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compromete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arquivar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maneira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adequada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acordo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com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legislação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vigente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toda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documentação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crianças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9" w:after="0"/>
              <w:ind w:left="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funcionários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.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9" w:lineRule="exact" w:before="100" w:after="0"/>
              <w:ind w:left="91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Conferencias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durante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visitas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periódicas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6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22" w:after="0"/>
              <w:ind w:left="9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22" w:after="0"/>
              <w:ind w:left="9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Não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</w:tc>
      </w:tr>
      <w:tr>
        <w:trPr>
          <w:trHeight w:hRule="exact" w:val="1368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9" w:lineRule="exact" w:before="57" w:after="0"/>
              <w:ind w:left="93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Garantir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uma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alimentação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5" w:after="0"/>
              <w:ind w:left="93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saudável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qualidade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com</w:t>
            </w:r>
            <w:r>
              <w:rPr>
                <w:rFonts w:ascii="Times New Roman" w:hAnsi="Times New Roman" w:eastAsia="Times New Roman"/>
                <w:b/>
                <w:color w:val="221F1F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boa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5" w:after="0"/>
              <w:ind w:left="93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apresentação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100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5"/>
                <w:sz w:val="14"/>
              </w:rPr>
              <w:t>%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2"/>
                <w:sz w:val="14"/>
              </w:rPr>
              <w:t>(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cem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por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7" w:after="0"/>
              <w:ind w:left="93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cento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)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das</w:t>
            </w:r>
            <w:r>
              <w:rPr>
                <w:rFonts w:ascii="Times New Roman" w:hAnsi="Times New Roman" w:eastAsia="Times New Roman"/>
                <w:b/>
                <w:color w:val="221F1F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crianças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atendidas</w:t>
            </w:r>
            <w:r>
              <w:rPr>
                <w:rFonts w:ascii="Calibri" w:hAnsi="Calibri" w:eastAsia="Calibri"/>
                <w:b/>
                <w:i w:val="0"/>
                <w:color w:val="221F1F"/>
                <w:w w:val="102"/>
                <w:sz w:val="14"/>
              </w:rPr>
              <w:t>,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5" w:after="0"/>
              <w:ind w:left="93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segundo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disposto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no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Programa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7" w:after="0"/>
              <w:ind w:left="93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Alimentação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Escolar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2"/>
                <w:sz w:val="14"/>
              </w:rPr>
              <w:t>(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PNAE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5"/>
                <w:sz w:val="14"/>
              </w:rPr>
              <w:t>);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79" w:after="0"/>
              <w:ind w:left="16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conformidade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com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cláusulas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Termo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16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Colaboração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.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90" w:after="0"/>
              <w:ind w:left="91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Acompanhamento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durante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visitas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periódicas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quando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91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necessário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junto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equipe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Nutrição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1" w:after="0"/>
              <w:ind w:left="9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9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Não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</w:tc>
      </w:tr>
      <w:tr>
        <w:trPr>
          <w:trHeight w:hRule="exact" w:val="1501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90" w:after="0"/>
              <w:ind w:left="167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Garantir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condições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ambientes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167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conservação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dos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espaços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167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adequados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para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bem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2"/>
                <w:sz w:val="14"/>
              </w:rPr>
              <w:t>-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estar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5"/>
                <w:sz w:val="14"/>
              </w:rPr>
              <w:t>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167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desenvolvimento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2"/>
                <w:sz w:val="14"/>
              </w:rPr>
              <w:t>integral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167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todas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crianças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atendidas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6"/>
                <w:sz w:val="14"/>
              </w:rPr>
              <w:t>;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13" w:after="0"/>
              <w:ind w:left="9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Manutenção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periódica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estrutural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unidade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9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escolar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.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35" w:after="0"/>
              <w:ind w:left="4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Visitas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periódicas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Supervisão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quando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necessário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pelo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4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menos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1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vez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ano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visita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comissão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especial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vistoria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6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1" w:after="0"/>
              <w:ind w:left="44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44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Não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</w:tc>
      </w:tr>
      <w:tr>
        <w:trPr>
          <w:trHeight w:hRule="exact" w:val="1258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9" w:lineRule="exact" w:before="124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Implementar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manter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5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instrumentos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participação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da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6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comunidade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garantindo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7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transparência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nas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ações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Unidade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7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Educacional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5"/>
                <w:sz w:val="14"/>
              </w:rPr>
              <w:t>;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57" w:after="0"/>
              <w:ind w:left="5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Organização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se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compromete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envolver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5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comunidade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suas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atividades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afim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5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aproximar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fortalecer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vínculos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entre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9" w:after="0"/>
              <w:ind w:left="5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crianças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responsáveis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escola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.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78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Consulta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registros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realizados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unidade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escolar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pesquisa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satisfação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junto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responsáveis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forma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anual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Nota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0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10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.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4" w:h="16836"/>
          <w:pgMar w:top="544" w:right="800" w:bottom="862" w:left="692" w:header="720" w:footer="720" w:gutter="0"/>
          <w:cols w:space="720" w:num="1" w:equalWidth="0">
            <w:col w:w="1041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273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4947538</wp:posOffset>
            </wp:positionV>
            <wp:extent cx="1582420" cy="144780"/>
            <wp:wrapNone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447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5087746</wp:posOffset>
            </wp:positionV>
            <wp:extent cx="1582420" cy="149860"/>
            <wp:wrapNone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498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5376036</wp:posOffset>
            </wp:positionV>
            <wp:extent cx="1582420" cy="144780"/>
            <wp:wrapNone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447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5516244</wp:posOffset>
            </wp:positionV>
            <wp:extent cx="1582420" cy="152400"/>
            <wp:wrapNone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5804280</wp:posOffset>
            </wp:positionV>
            <wp:extent cx="1582420" cy="142240"/>
            <wp:wrapNone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42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5944488</wp:posOffset>
            </wp:positionV>
            <wp:extent cx="1582420" cy="144780"/>
            <wp:wrapNone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447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1489202</wp:posOffset>
            </wp:positionH>
            <wp:positionV relativeFrom="page">
              <wp:posOffset>3658234</wp:posOffset>
            </wp:positionV>
            <wp:extent cx="584200" cy="10160"/>
            <wp:wrapNone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1489202</wp:posOffset>
            </wp:positionH>
            <wp:positionV relativeFrom="page">
              <wp:posOffset>3798443</wp:posOffset>
            </wp:positionV>
            <wp:extent cx="584200" cy="12700"/>
            <wp:wrapNone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1480058</wp:posOffset>
            </wp:positionH>
            <wp:positionV relativeFrom="page">
              <wp:posOffset>3658234</wp:posOffset>
            </wp:positionV>
            <wp:extent cx="12700" cy="149860"/>
            <wp:wrapNone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498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2063750</wp:posOffset>
            </wp:positionH>
            <wp:positionV relativeFrom="page">
              <wp:posOffset>3667379</wp:posOffset>
            </wp:positionV>
            <wp:extent cx="12700" cy="140335"/>
            <wp:wrapNone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40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1489202</wp:posOffset>
            </wp:positionH>
            <wp:positionV relativeFrom="page">
              <wp:posOffset>3938651</wp:posOffset>
            </wp:positionV>
            <wp:extent cx="584200" cy="12700"/>
            <wp:wrapNone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5431282</wp:posOffset>
            </wp:positionH>
            <wp:positionV relativeFrom="page">
              <wp:posOffset>3658234</wp:posOffset>
            </wp:positionV>
            <wp:extent cx="10160" cy="149860"/>
            <wp:wrapNone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1498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6014973</wp:posOffset>
            </wp:positionH>
            <wp:positionV relativeFrom="page">
              <wp:posOffset>3667379</wp:posOffset>
            </wp:positionV>
            <wp:extent cx="10160" cy="140335"/>
            <wp:wrapNone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140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1489202</wp:posOffset>
            </wp:positionH>
            <wp:positionV relativeFrom="page">
              <wp:posOffset>4078859</wp:posOffset>
            </wp:positionV>
            <wp:extent cx="584200" cy="12700"/>
            <wp:wrapNone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1480058</wp:posOffset>
            </wp:positionH>
            <wp:positionV relativeFrom="page">
              <wp:posOffset>3938651</wp:posOffset>
            </wp:positionV>
            <wp:extent cx="12700" cy="149860"/>
            <wp:wrapNone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498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2063750</wp:posOffset>
            </wp:positionH>
            <wp:positionV relativeFrom="page">
              <wp:posOffset>3947795</wp:posOffset>
            </wp:positionV>
            <wp:extent cx="12700" cy="140335"/>
            <wp:wrapNone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40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2063750</wp:posOffset>
            </wp:positionH>
            <wp:positionV relativeFrom="page">
              <wp:posOffset>4228210</wp:posOffset>
            </wp:positionV>
            <wp:extent cx="12700" cy="140335"/>
            <wp:wrapNone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40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5431282</wp:posOffset>
            </wp:positionH>
            <wp:positionV relativeFrom="page">
              <wp:posOffset>3938651</wp:posOffset>
            </wp:positionV>
            <wp:extent cx="10160" cy="149860"/>
            <wp:wrapNone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1498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1480058</wp:posOffset>
            </wp:positionH>
            <wp:positionV relativeFrom="page">
              <wp:posOffset>4219066</wp:posOffset>
            </wp:positionV>
            <wp:extent cx="12700" cy="149860"/>
            <wp:wrapNone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498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6014973</wp:posOffset>
            </wp:positionH>
            <wp:positionV relativeFrom="page">
              <wp:posOffset>3947795</wp:posOffset>
            </wp:positionV>
            <wp:extent cx="10160" cy="140335"/>
            <wp:wrapNone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140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5440426</wp:posOffset>
            </wp:positionH>
            <wp:positionV relativeFrom="page">
              <wp:posOffset>3658234</wp:posOffset>
            </wp:positionV>
            <wp:extent cx="584200" cy="10160"/>
            <wp:wrapNone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5440426</wp:posOffset>
            </wp:positionH>
            <wp:positionV relativeFrom="page">
              <wp:posOffset>3798443</wp:posOffset>
            </wp:positionV>
            <wp:extent cx="584200" cy="12700"/>
            <wp:wrapNone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5440426</wp:posOffset>
            </wp:positionH>
            <wp:positionV relativeFrom="page">
              <wp:posOffset>3938651</wp:posOffset>
            </wp:positionV>
            <wp:extent cx="584200" cy="12700"/>
            <wp:wrapNone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5440426</wp:posOffset>
            </wp:positionH>
            <wp:positionV relativeFrom="page">
              <wp:posOffset>4078859</wp:posOffset>
            </wp:positionV>
            <wp:extent cx="584200" cy="12700"/>
            <wp:wrapNone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1489202</wp:posOffset>
            </wp:positionH>
            <wp:positionV relativeFrom="page">
              <wp:posOffset>4219066</wp:posOffset>
            </wp:positionV>
            <wp:extent cx="584200" cy="10160"/>
            <wp:wrapNone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1489202</wp:posOffset>
            </wp:positionH>
            <wp:positionV relativeFrom="page">
              <wp:posOffset>4359275</wp:posOffset>
            </wp:positionV>
            <wp:extent cx="584200" cy="10160"/>
            <wp:wrapNone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473963</wp:posOffset>
            </wp:positionH>
            <wp:positionV relativeFrom="page">
              <wp:posOffset>4807330</wp:posOffset>
            </wp:positionV>
            <wp:extent cx="4963795" cy="144780"/>
            <wp:wrapNone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1447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473963</wp:posOffset>
            </wp:positionH>
            <wp:positionV relativeFrom="page">
              <wp:posOffset>5235524</wp:posOffset>
            </wp:positionV>
            <wp:extent cx="4963795" cy="144780"/>
            <wp:wrapNone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1447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473963</wp:posOffset>
            </wp:positionH>
            <wp:positionV relativeFrom="page">
              <wp:posOffset>5664072</wp:posOffset>
            </wp:positionV>
            <wp:extent cx="4963795" cy="144780"/>
            <wp:wrapNone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1447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560" w:after="0"/>
        <w:ind w:left="0" w:right="0"/>
      </w:pPr>
    </w:p>
    <w:tbl>
      <w:tblPr>
        <w:tblW w:type="auto" w:w="0"/>
        <w:tblInd w:type="dxa" w:w="69"/>
        <w:tblLayout w:type="fixed"/>
        <w:tblLook w:firstColumn="1" w:firstRow="1" w:lastColumn="0" w:lastRow="0" w:noHBand="0" w:noVBand="1" w:val="04A0"/>
      </w:tblPr>
      <w:tblGrid>
        <w:gridCol w:w="2603"/>
        <w:gridCol w:w="2603"/>
        <w:gridCol w:w="2603"/>
        <w:gridCol w:w="2603"/>
      </w:tblGrid>
      <w:tr>
        <w:trPr>
          <w:trHeight w:hRule="exact" w:val="1524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80" w:after="0"/>
              <w:ind w:left="13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Proporcionar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aprendizagens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5" w:after="0"/>
              <w:ind w:left="13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vivências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enriquecedoras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para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13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100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5"/>
                <w:sz w:val="14"/>
              </w:rPr>
              <w:t>%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(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cem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por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cento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)</w:t>
            </w:r>
            <w:r>
              <w:rPr>
                <w:rFonts w:ascii="Times New Roman" w:hAnsi="Times New Roman" w:eastAsia="Times New Roman"/>
                <w:b/>
                <w:color w:val="221F1F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crianças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13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matriculadas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em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consonância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com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13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diretrizes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SE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;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69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Organização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se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compromete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seguir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diretrizes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Secretaria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Educação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afim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garantir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100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%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aprendizado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9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proporcionando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vivências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enriquecedoras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.</w:t>
            </w:r>
          </w:p>
        </w:tc>
        <w:tc>
          <w:tcPr>
            <w:tcW w:type="dxa" w:w="4290"/>
            <w:gridSpan w:val="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9" w:lineRule="exact" w:before="267" w:after="0"/>
              <w:ind w:left="28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Projeto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Político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Pedagógico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aprovado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22" w:after="0"/>
              <w:ind w:left="28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22" w:after="0"/>
              <w:ind w:left="28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Não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</w:tc>
      </w:tr>
      <w:tr>
        <w:trPr>
          <w:trHeight w:hRule="exact" w:val="1313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9" w:lineRule="exact" w:before="91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Garantir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qualidade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das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6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atividades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com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para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crianças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6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em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consonância</w:t>
            </w:r>
            <w:r>
              <w:rPr>
                <w:rFonts w:ascii="Times New Roman" w:hAnsi="Times New Roman" w:eastAsia="Times New Roman"/>
                <w:b/>
                <w:color w:val="221F1F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com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diretrizes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50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SE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36" w:after="0"/>
              <w:ind w:left="81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221F1F"/>
                <w:spacing w:val="3"/>
                <w:sz w:val="14"/>
              </w:rPr>
              <w:t>Planejamento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3"/>
                <w:sz w:val="14"/>
              </w:rPr>
              <w:t>equipe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3"/>
                <w:sz w:val="14"/>
              </w:rPr>
              <w:t>gestora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4"/>
                <w:sz w:val="14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3"/>
                <w:sz w:val="14"/>
              </w:rPr>
              <w:t>conjunto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81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221F1F"/>
                <w:spacing w:val="4"/>
                <w:sz w:val="14"/>
              </w:rPr>
              <w:t>com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2"/>
                <w:sz w:val="14"/>
              </w:rPr>
              <w:t>equipe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3"/>
                <w:sz w:val="14"/>
              </w:rPr>
              <w:t>pedagógica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3"/>
                <w:sz w:val="14"/>
              </w:rPr>
              <w:t>unidade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3"/>
                <w:sz w:val="14"/>
              </w:rPr>
              <w:t>escolar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6"/>
                <w:sz w:val="14"/>
              </w:rPr>
              <w:t>.</w:t>
            </w:r>
          </w:p>
        </w:tc>
        <w:tc>
          <w:tcPr>
            <w:tcW w:type="dxa" w:w="4290"/>
            <w:gridSpan w:val="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36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Acompanhamento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durante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visitas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periódicas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6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2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Não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</w:tc>
      </w:tr>
      <w:tr>
        <w:trPr>
          <w:trHeight w:hRule="exact" w:val="1335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12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15" w:after="0"/>
              <w:ind w:left="10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Garantir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boa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regular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aplicação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10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dos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recursos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recebidos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221F1F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acordo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10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com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Planilha</w:t>
            </w:r>
            <w:r>
              <w:rPr>
                <w:rFonts w:ascii="Times New Roman" w:hAnsi="Times New Roman" w:eastAsia="Times New Roman"/>
                <w:b/>
                <w:color w:val="221F1F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Aplicação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9" w:after="0"/>
              <w:ind w:left="10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Recursos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2"/>
                <w:sz w:val="14"/>
              </w:rPr>
              <w:t>.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12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02" w:after="0"/>
              <w:ind w:left="22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Organização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prestará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todos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os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22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recursos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recebidos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onde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mesmos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foram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22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aplicados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através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Planilhas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documentos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9" w:after="0"/>
              <w:ind w:left="22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comprobatórios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4"/>
              </w:rPr>
              <w:t>.</w:t>
            </w:r>
          </w:p>
        </w:tc>
        <w:tc>
          <w:tcPr>
            <w:tcW w:type="dxa" w:w="4290"/>
            <w:gridSpan w:val="2"/>
            <w:tcBorders>
              <w:top w:val="single" w:sz="6" w:color="000000"/>
              <w:left w:val="single" w:sz="6" w:color="000000"/>
              <w:bottom w:val="single" w:sz="12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9" w:lineRule="exact" w:before="47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Acompanhamento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aquisição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itens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necessários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ao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23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atendimento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alunos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durante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visitas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periódicas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7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21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23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Não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21" w:after="0"/>
              <w:ind w:left="113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análise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planilhas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será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realizada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através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Divisão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Técnica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8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Prestação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Contas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.</w:t>
            </w:r>
          </w:p>
        </w:tc>
      </w:tr>
      <w:tr>
        <w:trPr>
          <w:trHeight w:hRule="exact" w:val="233"/>
        </w:trPr>
        <w:tc>
          <w:tcPr>
            <w:tcW w:type="dxa" w:w="10303"/>
            <w:gridSpan w:val="4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shd w:fill="FFFF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" w:after="0"/>
              <w:ind w:left="4124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7</w:t>
            </w:r>
            <w:r>
              <w:rPr>
                <w:rFonts w:ascii="Calibri" w:hAnsi="Calibri" w:eastAsia="Calibri"/>
                <w:b/>
                <w:i w:val="0"/>
                <w:color w:val="000000"/>
                <w:sz w:val="17"/>
              </w:rPr>
              <w:t>.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7"/>
              </w:rPr>
              <w:t>ATENDIMENTO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7"/>
              </w:rPr>
              <w:t>PROPOSTO</w:t>
            </w:r>
          </w:p>
        </w:tc>
      </w:tr>
      <w:tr>
        <w:trPr>
          <w:trHeight w:hRule="exact" w:val="1558"/>
        </w:trPr>
        <w:tc>
          <w:tcPr>
            <w:tcW w:type="dxa" w:w="10303"/>
            <w:gridSpan w:val="4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48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BERÇÁRIO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I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089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128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818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MATERNAL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341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30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273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BERÇÁRIO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II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155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ESTÁGIO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517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40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273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TOTAL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VAGAS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910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198</w:t>
            </w:r>
          </w:p>
        </w:tc>
      </w:tr>
      <w:tr>
        <w:trPr>
          <w:trHeight w:hRule="exact" w:val="233"/>
        </w:trPr>
        <w:tc>
          <w:tcPr>
            <w:tcW w:type="dxa" w:w="10303"/>
            <w:gridSpan w:val="4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Per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capita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870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647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00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707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245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00</w:t>
            </w:r>
          </w:p>
        </w:tc>
      </w:tr>
      <w:tr>
        <w:trPr>
          <w:trHeight w:hRule="exact" w:val="233"/>
        </w:trPr>
        <w:tc>
          <w:tcPr>
            <w:tcW w:type="dxa" w:w="10303"/>
            <w:gridSpan w:val="4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shd w:fill="FFFF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" w:after="0"/>
              <w:ind w:left="4719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8</w:t>
            </w:r>
            <w:r>
              <w:rPr>
                <w:rFonts w:ascii="Calibri" w:hAnsi="Calibri" w:eastAsia="Calibri"/>
                <w:b/>
                <w:i w:val="0"/>
                <w:color w:val="000000"/>
                <w:sz w:val="17"/>
              </w:rPr>
              <w:t>.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7"/>
              </w:rPr>
              <w:t>REPASSES</w:t>
            </w:r>
          </w:p>
        </w:tc>
      </w:tr>
      <w:tr>
        <w:trPr>
          <w:trHeight w:hRule="exact" w:val="221"/>
        </w:trPr>
        <w:tc>
          <w:tcPr>
            <w:tcW w:type="dxa" w:w="10303"/>
            <w:gridSpan w:val="4"/>
            <w:tcBorders>
              <w:top w:val="single" w:sz="12" w:color="000000"/>
              <w:left w:val="single" w:sz="12" w:color="000000"/>
              <w:bottom w:val="single" w:sz="6" w:color="000000"/>
              <w:right w:val="single" w:sz="12" w:color="000000"/>
            </w:tcBorders>
            <w:shd w:fill="365F9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7" w:after="0"/>
              <w:ind w:left="3630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FFFFFF"/>
                <w:spacing w:val="-1"/>
                <w:sz w:val="17"/>
              </w:rPr>
              <w:t>Mensal</w:t>
            </w:r>
          </w:p>
        </w:tc>
      </w:tr>
      <w:tr>
        <w:trPr>
          <w:trHeight w:hRule="exact" w:val="221"/>
        </w:trPr>
        <w:tc>
          <w:tcPr>
            <w:tcW w:type="dxa" w:w="2511"/>
            <w:tcBorders>
              <w:top w:val="single" w:sz="6" w:color="000000"/>
              <w:left w:val="single" w:sz="12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4" w:after="0"/>
              <w:ind w:left="953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w w:val="99"/>
                <w:sz w:val="17"/>
              </w:rPr>
              <w:t>Subsidio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4" w:after="0"/>
              <w:ind w:left="1222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spacing w:val="-1"/>
                <w:sz w:val="17"/>
              </w:rPr>
              <w:t>Locação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-2"/>
                <w:sz w:val="17"/>
              </w:rPr>
              <w:t>e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/>
                <w:color w:val="000000"/>
                <w:w w:val="99"/>
                <w:sz w:val="17"/>
              </w:rPr>
              <w:t>IPTU</w:t>
            </w:r>
          </w:p>
        </w:tc>
        <w:tc>
          <w:tcPr>
            <w:tcW w:type="dxa" w:w="180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4" w:after="0"/>
              <w:ind w:left="713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w w:val="99"/>
                <w:sz w:val="17"/>
              </w:rPr>
              <w:t>Total</w:t>
            </w:r>
          </w:p>
        </w:tc>
        <w:tc>
          <w:tcPr>
            <w:tcW w:type="dxa" w:w="2603"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33"/>
        </w:trPr>
        <w:tc>
          <w:tcPr>
            <w:tcW w:type="dxa" w:w="2511"/>
            <w:tcBorders>
              <w:top w:val="single" w:sz="6" w:color="000000"/>
              <w:left w:val="single" w:sz="12" w:color="000000"/>
              <w:bottom w:val="single" w:sz="12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5" w:after="0"/>
              <w:ind w:left="85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164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812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00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12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5" w:after="0"/>
              <w:ind w:left="142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7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500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41</w:t>
            </w:r>
          </w:p>
        </w:tc>
        <w:tc>
          <w:tcPr>
            <w:tcW w:type="dxa" w:w="1801"/>
            <w:tcBorders>
              <w:top w:val="single" w:sz="6" w:color="000000"/>
              <w:left w:val="single" w:sz="6" w:color="000000"/>
              <w:bottom w:val="single" w:sz="12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5" w:after="0"/>
              <w:ind w:left="487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$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172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.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312</w:t>
            </w: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41</w:t>
            </w:r>
          </w:p>
        </w:tc>
        <w:tc>
          <w:tcPr>
            <w:tcW w:type="dxa" w:w="2603"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21"/>
        </w:trPr>
        <w:tc>
          <w:tcPr>
            <w:tcW w:type="dxa" w:w="10303"/>
            <w:gridSpan w:val="4"/>
            <w:tcBorders>
              <w:top w:val="single" w:sz="12" w:color="000000"/>
              <w:left w:val="single" w:sz="12" w:color="000000"/>
              <w:bottom w:val="single" w:sz="6" w:color="000000"/>
              <w:right w:val="single" w:sz="12" w:color="000000"/>
            </w:tcBorders>
            <w:shd w:fill="365F9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7" w:after="0"/>
              <w:ind w:left="3188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FFFFFF"/>
                <w:spacing w:val="-1"/>
                <w:sz w:val="17"/>
              </w:rPr>
              <w:t>Adicional</w:t>
            </w:r>
            <w:r>
              <w:rPr>
                <w:rFonts w:ascii="Calibri" w:hAnsi="Calibri" w:eastAsia="Calibri"/>
                <w:b/>
                <w:i/>
                <w:color w:val="FFFFFF"/>
                <w:spacing w:val="0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/>
                <w:color w:val="FFFFFF"/>
                <w:spacing w:val="-1"/>
                <w:sz w:val="17"/>
              </w:rPr>
              <w:t>Setembro</w:t>
            </w:r>
          </w:p>
        </w:tc>
      </w:tr>
      <w:tr>
        <w:trPr>
          <w:trHeight w:hRule="exact" w:val="221"/>
        </w:trPr>
        <w:tc>
          <w:tcPr>
            <w:tcW w:type="dxa" w:w="2511"/>
            <w:tcBorders>
              <w:top w:val="single" w:sz="6" w:color="000000"/>
              <w:left w:val="single" w:sz="12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4" w:after="0"/>
              <w:ind w:left="953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w w:val="99"/>
                <w:sz w:val="17"/>
              </w:rPr>
              <w:t>Subsidio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4" w:after="0"/>
              <w:ind w:left="1323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spacing w:val="-1"/>
                <w:sz w:val="17"/>
              </w:rPr>
              <w:t>Permanente</w:t>
            </w:r>
          </w:p>
        </w:tc>
        <w:tc>
          <w:tcPr>
            <w:tcW w:type="dxa" w:w="180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4" w:after="0"/>
              <w:ind w:left="713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w w:val="99"/>
                <w:sz w:val="17"/>
              </w:rPr>
              <w:t>Total</w:t>
            </w:r>
          </w:p>
        </w:tc>
        <w:tc>
          <w:tcPr>
            <w:tcW w:type="dxa" w:w="2603"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33"/>
        </w:trPr>
        <w:tc>
          <w:tcPr>
            <w:tcW w:type="dxa" w:w="2511"/>
            <w:tcBorders>
              <w:top w:val="single" w:sz="6" w:color="000000"/>
              <w:left w:val="single" w:sz="12" w:color="000000"/>
              <w:bottom w:val="single" w:sz="12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5" w:after="0"/>
              <w:ind w:left="88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65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924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80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12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5" w:after="0"/>
              <w:ind w:left="138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16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481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20</w:t>
            </w:r>
          </w:p>
        </w:tc>
        <w:tc>
          <w:tcPr>
            <w:tcW w:type="dxa" w:w="1801"/>
            <w:tcBorders>
              <w:top w:val="single" w:sz="6" w:color="000000"/>
              <w:left w:val="single" w:sz="6" w:color="000000"/>
              <w:bottom w:val="single" w:sz="12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5" w:after="0"/>
              <w:ind w:left="521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$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82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.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406</w:t>
            </w: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00</w:t>
            </w:r>
          </w:p>
        </w:tc>
        <w:tc>
          <w:tcPr>
            <w:tcW w:type="dxa" w:w="2603"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21"/>
        </w:trPr>
        <w:tc>
          <w:tcPr>
            <w:tcW w:type="dxa" w:w="10303"/>
            <w:gridSpan w:val="4"/>
            <w:tcBorders>
              <w:top w:val="single" w:sz="12" w:color="000000"/>
              <w:left w:val="single" w:sz="12" w:color="000000"/>
              <w:bottom w:val="single" w:sz="6" w:color="000000"/>
              <w:right w:val="single" w:sz="12" w:color="000000"/>
            </w:tcBorders>
            <w:shd w:fill="365F9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7" w:after="0"/>
              <w:ind w:left="3188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FFFFFF"/>
                <w:spacing w:val="-1"/>
                <w:sz w:val="17"/>
              </w:rPr>
              <w:t>Adicional</w:t>
            </w:r>
            <w:r>
              <w:rPr>
                <w:rFonts w:ascii="Calibri" w:hAnsi="Calibri" w:eastAsia="Calibri"/>
                <w:b/>
                <w:i/>
                <w:color w:val="FFFFFF"/>
                <w:spacing w:val="0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/>
                <w:color w:val="FFFFFF"/>
                <w:spacing w:val="-1"/>
                <w:sz w:val="17"/>
              </w:rPr>
              <w:t>Setembro</w:t>
            </w:r>
          </w:p>
        </w:tc>
      </w:tr>
      <w:tr>
        <w:trPr>
          <w:trHeight w:hRule="exact" w:val="221"/>
        </w:trPr>
        <w:tc>
          <w:tcPr>
            <w:tcW w:type="dxa" w:w="2511"/>
            <w:tcBorders>
              <w:top w:val="single" w:sz="6" w:color="000000"/>
              <w:left w:val="single" w:sz="12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4" w:after="0"/>
              <w:ind w:left="953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w w:val="99"/>
                <w:sz w:val="17"/>
              </w:rPr>
              <w:t>Subsidio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4" w:after="0"/>
              <w:ind w:left="1323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spacing w:val="-1"/>
                <w:sz w:val="17"/>
              </w:rPr>
              <w:t>Permanente</w:t>
            </w:r>
          </w:p>
        </w:tc>
        <w:tc>
          <w:tcPr>
            <w:tcW w:type="dxa" w:w="180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4" w:after="0"/>
              <w:ind w:left="713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w w:val="99"/>
                <w:sz w:val="17"/>
              </w:rPr>
              <w:t>Total</w:t>
            </w:r>
          </w:p>
        </w:tc>
        <w:tc>
          <w:tcPr>
            <w:tcW w:type="dxa" w:w="2603"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21"/>
        </w:trPr>
        <w:tc>
          <w:tcPr>
            <w:tcW w:type="dxa" w:w="2511"/>
            <w:tcBorders>
              <w:top w:val="single" w:sz="6" w:color="000000"/>
              <w:left w:val="single" w:sz="12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88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65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924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80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138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16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481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20</w:t>
            </w:r>
          </w:p>
        </w:tc>
        <w:tc>
          <w:tcPr>
            <w:tcW w:type="dxa" w:w="180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521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$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82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.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406</w:t>
            </w: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00</w:t>
            </w:r>
          </w:p>
        </w:tc>
        <w:tc>
          <w:tcPr>
            <w:tcW w:type="dxa" w:w="2603"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104"/>
        </w:trPr>
        <w:tc>
          <w:tcPr>
            <w:tcW w:type="dxa" w:w="10303"/>
            <w:gridSpan w:val="4"/>
            <w:tcBorders>
              <w:top w:val="single" w:sz="6" w:color="000000"/>
              <w:left w:val="single" w:sz="12" w:color="000000"/>
              <w:bottom w:val="single" w:sz="6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5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Data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288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17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05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2023</w:t>
            </w:r>
          </w:p>
        </w:tc>
      </w:tr>
      <w:tr>
        <w:trPr>
          <w:trHeight w:hRule="exact" w:val="1337"/>
        </w:trPr>
        <w:tc>
          <w:tcPr>
            <w:tcW w:type="dxa" w:w="10303"/>
            <w:gridSpan w:val="4"/>
            <w:tcBorders>
              <w:top w:val="single" w:sz="6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4" w:after="0"/>
              <w:ind w:left="214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Assinatura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Presidente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52" w:after="0"/>
              <w:ind w:left="224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MARIA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AMÉLlA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NECHI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52" w:after="0"/>
              <w:ind w:left="194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RG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45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12211084</w:t>
            </w:r>
          </w:p>
          <w:p>
            <w:pPr>
              <w:widowControl/>
              <w:wordWrap w:val="0"/>
              <w:autoSpaceDE w:val="0"/>
              <w:autoSpaceDN w:val="0"/>
              <w:spacing w:line="122" w:lineRule="exact" w:before="526" w:after="0"/>
              <w:ind w:left="4595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spacing w:val="1"/>
                <w:sz w:val="12"/>
              </w:rPr>
              <w:t>PLANO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/>
                <w:color w:val="000000"/>
                <w:w w:val="101"/>
                <w:sz w:val="12"/>
              </w:rPr>
              <w:t>DE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2"/>
                <w:sz w:val="12"/>
              </w:rPr>
              <w:t>TRABALHO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4" w:h="16836"/>
          <w:pgMar w:top="548" w:right="800" w:bottom="1440" w:left="692" w:header="720" w:footer="720" w:gutter="0"/>
          <w:cols w:space="720" w:num="1" w:equalWidth="0">
            <w:col w:w="1041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29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2880867</wp:posOffset>
            </wp:positionH>
            <wp:positionV relativeFrom="page">
              <wp:posOffset>908913</wp:posOffset>
            </wp:positionV>
            <wp:extent cx="3992245" cy="878840"/>
            <wp:wrapNone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878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473963</wp:posOffset>
            </wp:positionH>
            <wp:positionV relativeFrom="page">
              <wp:posOffset>2232914</wp:posOffset>
            </wp:positionV>
            <wp:extent cx="9629140" cy="142240"/>
            <wp:wrapNone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629140" cy="142240"/>
                    </a:xfrm>
                    <a:prstGeom prst="rect"/>
                  </pic:spPr>
                </pic:pic>
              </a:graphicData>
            </a:graphic>
          </wp:anchor>
        </w:drawing>
      </w:r>
      <w:r>
        <w:pict>
          <v:shape path="m,l,1000r1000,l1000,xe" filled="f" stroked="f" style="margin-left:142.58pt;margin-top:211.07pt;width:75.13pt;height:9.4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68" w:lineRule="exact" w:before="0" w:after="0"/>
                    <w:ind w:left="0" w:right="0" w:firstLine="0"/>
                    <w:jc w:val="left"/>
                  </w:pPr>
                  <w:r>
                    <w:rPr>
                      <w:rFonts w:ascii="Calibri" w:hAnsi="Calibri" w:eastAsia="Calibri"/>
                      <w:b/>
                      <w:i/>
                      <w:color w:val="000000"/>
                      <w:w w:val="99"/>
                      <w:sz w:val="17"/>
                    </w:rPr>
                    <w:t>Carga</w:t>
                  </w:r>
                  <w:r>
                    <w:rPr>
                      <w:rFonts w:ascii="Calibri" w:hAnsi="Calibri" w:eastAsia="Calibri"/>
                      <w:b/>
                      <w:i/>
                      <w:color w:val="000000"/>
                      <w:sz w:val="17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/>
                      <w:color w:val="000000"/>
                      <w:sz w:val="17"/>
                    </w:rPr>
                    <w:t>HoráriaSalário</w:t>
                  </w:r>
                </w:p>
              </w:txbxContent>
            </v:textbox>
            <w10:wrap type="none"/>
          </v:shape>
        </w:pict>
      </w:r>
    </w:p>
    <w:p>
      <w:pPr>
        <w:widowControl/>
        <w:wordWrap w:val="0"/>
        <w:autoSpaceDE w:val="0"/>
        <w:autoSpaceDN w:val="0"/>
        <w:spacing w:line="14" w:lineRule="exact" w:before="672" w:after="0"/>
        <w:ind w:left="0" w:right="0"/>
      </w:pPr>
    </w:p>
    <w:tbl>
      <w:tblPr>
        <w:tblW w:type="auto" w:w="0"/>
        <w:tblInd w:type="dxa" w:w="83"/>
        <w:tblLayout w:type="fixed"/>
        <w:tblLook w:firstColumn="1" w:firstRow="1" w:lastColumn="0" w:lastRow="0" w:noHBand="0" w:noVBand="1" w:val="04A0"/>
      </w:tblPr>
      <w:tblGrid>
        <w:gridCol w:w="15270"/>
      </w:tblGrid>
      <w:tr>
        <w:trPr>
          <w:trHeight w:hRule="exact" w:val="1479"/>
        </w:trPr>
        <w:tc>
          <w:tcPr>
            <w:tcW w:type="dxa" w:w="15161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647" w:after="0"/>
              <w:ind w:left="7288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7"/>
              </w:rPr>
              <w:t>TIMBRE</w:t>
            </w:r>
          </w:p>
        </w:tc>
      </w:tr>
      <w:tr>
        <w:trPr>
          <w:trHeight w:hRule="exact" w:val="444"/>
        </w:trPr>
        <w:tc>
          <w:tcPr>
            <w:tcW w:type="dxa" w:w="15161"/>
            <w:tcBorders>
              <w:top w:val="single" w:sz="12" w:color="000000"/>
              <w:left w:val="single" w:sz="12" w:color="000000"/>
            </w:tcBorders>
            <w:shd w:fill="FF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128" w:after="0"/>
              <w:ind w:left="682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FFFFFF"/>
                <w:spacing w:val="-1"/>
                <w:sz w:val="17"/>
              </w:rPr>
              <w:t>PLANO</w:t>
            </w:r>
            <w:r>
              <w:rPr>
                <w:rFonts w:ascii="Times New Roman" w:hAnsi="Times New Roman" w:eastAsia="Times New Roman"/>
                <w:b/>
                <w:color w:val="FFFFFF"/>
                <w:spacing w:val="-5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FFFFFF"/>
                <w:spacing w:val="-1"/>
                <w:sz w:val="17"/>
              </w:rPr>
              <w:t>DE</w:t>
            </w:r>
            <w:r>
              <w:rPr>
                <w:rFonts w:ascii="Times New Roman" w:hAnsi="Times New Roman" w:eastAsia="Times New Roman"/>
                <w:b/>
                <w:color w:val="FFFFFF"/>
                <w:spacing w:val="-5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FFFFFF"/>
                <w:spacing w:val="-1"/>
                <w:sz w:val="17"/>
              </w:rPr>
              <w:t>TRABALHO</w:t>
            </w:r>
          </w:p>
        </w:tc>
      </w:tr>
    </w:tbl>
    <w:p>
      <w:pPr>
        <w:widowControl/>
        <w:wordWrap w:val="0"/>
        <w:autoSpaceDE w:val="0"/>
        <w:autoSpaceDN w:val="0"/>
        <w:spacing w:line="168" w:lineRule="exact" w:before="246" w:after="5"/>
        <w:ind w:left="6872" w:right="0" w:firstLine="0"/>
        <w:jc w:val="left"/>
      </w:pPr>
      <w:r>
        <w:rPr>
          <w:rFonts w:ascii="Calibri" w:hAnsi="Calibri" w:eastAsia="Calibri"/>
          <w:b/>
          <w:i w:val="0"/>
          <w:color w:val="000000"/>
          <w:spacing w:val="-1"/>
          <w:sz w:val="17"/>
        </w:rPr>
        <w:t>RECURSOS</w:t>
      </w:r>
      <w:r>
        <w:rPr>
          <w:rFonts w:ascii="Times New Roman" w:hAnsi="Times New Roman" w:eastAsia="Times New Roman"/>
          <w:b/>
          <w:color w:val="000000"/>
          <w:spacing w:val="-5"/>
          <w:sz w:val="17"/>
        </w:rPr>
        <w:t xml:space="preserve"> </w:t>
      </w:r>
      <w:r>
        <w:rPr>
          <w:rFonts w:ascii="Calibri" w:hAnsi="Calibri" w:eastAsia="Calibri"/>
          <w:b/>
          <w:i w:val="0"/>
          <w:color w:val="000000"/>
          <w:spacing w:val="-2"/>
          <w:sz w:val="17"/>
        </w:rPr>
        <w:t>HUMANOS</w:t>
      </w:r>
    </w:p>
    <w:tbl>
      <w:tblPr>
        <w:tblW w:type="auto" w:w="0"/>
        <w:tblInd w:type="dxa" w:w="54"/>
        <w:tblLayout w:type="fixed"/>
        <w:tblLook w:firstColumn="1" w:firstRow="1" w:lastColumn="0" w:lastRow="0" w:noHBand="0" w:noVBand="1" w:val="04A0"/>
      </w:tblPr>
      <w:tblGrid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</w:tblGrid>
      <w:tr>
        <w:trPr>
          <w:trHeight w:hRule="exact" w:val="221"/>
        </w:trPr>
        <w:tc>
          <w:tcPr>
            <w:tcW w:type="dxa" w:w="8680"/>
            <w:gridSpan w:val="10"/>
            <w:vMerge w:val="restart"/>
            <w:tcBorders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3149"/>
            <w:gridSpan w:val="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967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VALOR</w:t>
            </w:r>
            <w:r>
              <w:rPr>
                <w:rFonts w:ascii="Times New Roman" w:hAnsi="Times New Roman" w:eastAsia="Times New Roman"/>
                <w:b/>
                <w:color w:val="000000"/>
                <w:spacing w:val="-5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7"/>
              </w:rPr>
              <w:t>UNITÁRIO</w:t>
            </w:r>
          </w:p>
        </w:tc>
        <w:tc>
          <w:tcPr>
            <w:tcW w:type="dxa" w:w="3332"/>
            <w:gridSpan w:val="3"/>
            <w:vMerge w:val="restart"/>
            <w:tcBorders>
              <w:left w:val="single" w:sz="6" w:color="000000"/>
              <w:bottom w:val="single" w:sz="6" w:color="000000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21"/>
        </w:trPr>
        <w:tc>
          <w:tcPr>
            <w:tcW w:type="dxa" w:w="8980"/>
            <w:gridSpan w:val="10"/>
            <w:vMerge/>
            <w:tcBorders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7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5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160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24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5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00</w:t>
            </w:r>
          </w:p>
        </w:tc>
        <w:tc>
          <w:tcPr>
            <w:tcW w:type="dxa" w:w="698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7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5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34</w:t>
            </w:r>
          </w:p>
        </w:tc>
        <w:tc>
          <w:tcPr>
            <w:tcW w:type="dxa" w:w="88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25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5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25</w:t>
            </w:r>
          </w:p>
        </w:tc>
        <w:tc>
          <w:tcPr>
            <w:tcW w:type="dxa" w:w="2694"/>
            <w:gridSpan w:val="3"/>
            <w:vMerge/>
            <w:tcBorders>
              <w:left w:val="single" w:sz="6" w:color="000000"/>
              <w:bottom w:val="single" w:sz="6" w:color="000000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21"/>
        </w:trPr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137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7"/>
              </w:rPr>
              <w:t>Quant</w:t>
            </w: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.</w:t>
            </w:r>
          </w:p>
        </w:tc>
        <w:tc>
          <w:tcPr>
            <w:tcW w:type="dxa" w:w="1507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490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Função</w:t>
            </w:r>
          </w:p>
        </w:tc>
        <w:tc>
          <w:tcPr>
            <w:tcW w:type="dxa" w:w="62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/>
        </w:tc>
        <w:tc>
          <w:tcPr>
            <w:tcW w:type="dxa" w:w="87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/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Total</w:t>
            </w:r>
          </w:p>
        </w:tc>
        <w:tc>
          <w:tcPr>
            <w:tcW w:type="dxa" w:w="79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209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FGTS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264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INSS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310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IR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271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PIS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288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spacing w:val="-2"/>
                <w:sz w:val="17"/>
              </w:rPr>
              <w:t>VT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278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spacing w:val="-2"/>
                <w:sz w:val="17"/>
              </w:rPr>
              <w:t>VA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283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spacing w:val="-2"/>
                <w:sz w:val="17"/>
              </w:rPr>
              <w:t>VR</w:t>
            </w:r>
          </w:p>
        </w:tc>
        <w:tc>
          <w:tcPr>
            <w:tcW w:type="dxa" w:w="698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Odont</w:t>
            </w:r>
          </w:p>
        </w:tc>
        <w:tc>
          <w:tcPr>
            <w:tcW w:type="dxa" w:w="88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74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spacing w:val="-2"/>
                <w:sz w:val="17"/>
              </w:rPr>
              <w:t>Bem</w:t>
            </w:r>
            <w:r>
              <w:rPr>
                <w:rFonts w:ascii="Calibri" w:hAnsi="Calibri" w:eastAsia="Calibri"/>
                <w:b/>
                <w:i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Estar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163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Subtotal</w:t>
            </w:r>
          </w:p>
        </w:tc>
        <w:tc>
          <w:tcPr>
            <w:tcW w:type="dxa" w:w="144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Provisionamento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278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Total</w:t>
            </w:r>
          </w:p>
        </w:tc>
      </w:tr>
      <w:tr>
        <w:trPr>
          <w:trHeight w:hRule="exact" w:val="221"/>
        </w:trPr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36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1</w:t>
            </w:r>
          </w:p>
        </w:tc>
        <w:tc>
          <w:tcPr>
            <w:tcW w:type="dxa" w:w="1507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2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Diretor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(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a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8"/>
                <w:sz w:val="14"/>
              </w:rPr>
              <w:t>)</w:t>
            </w:r>
          </w:p>
        </w:tc>
        <w:tc>
          <w:tcPr>
            <w:tcW w:type="dxa" w:w="62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44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44</w:t>
            </w:r>
          </w:p>
        </w:tc>
        <w:tc>
          <w:tcPr>
            <w:tcW w:type="dxa" w:w="87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600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600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9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5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288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3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954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36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7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7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698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2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14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34</w:t>
            </w:r>
          </w:p>
        </w:tc>
        <w:tc>
          <w:tcPr>
            <w:tcW w:type="dxa" w:w="88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40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14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25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906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59</w:t>
            </w:r>
          </w:p>
        </w:tc>
        <w:tc>
          <w:tcPr>
            <w:tcW w:type="dxa" w:w="144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91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776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52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683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11</w:t>
            </w:r>
          </w:p>
        </w:tc>
      </w:tr>
      <w:tr>
        <w:trPr>
          <w:trHeight w:hRule="exact" w:val="221"/>
        </w:trPr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36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1</w:t>
            </w:r>
          </w:p>
        </w:tc>
        <w:tc>
          <w:tcPr>
            <w:tcW w:type="dxa" w:w="1507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2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Coord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Pedagogico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(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a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8"/>
                <w:sz w:val="14"/>
              </w:rPr>
              <w:t>)</w:t>
            </w:r>
          </w:p>
        </w:tc>
        <w:tc>
          <w:tcPr>
            <w:tcW w:type="dxa" w:w="62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44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44</w:t>
            </w:r>
          </w:p>
        </w:tc>
        <w:tc>
          <w:tcPr>
            <w:tcW w:type="dxa" w:w="87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100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100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9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5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248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3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821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31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7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7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698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2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14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34</w:t>
            </w:r>
          </w:p>
        </w:tc>
        <w:tc>
          <w:tcPr>
            <w:tcW w:type="dxa" w:w="88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40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14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25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229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09</w:t>
            </w:r>
          </w:p>
        </w:tc>
        <w:tc>
          <w:tcPr>
            <w:tcW w:type="dxa" w:w="144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91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668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67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897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76</w:t>
            </w:r>
          </w:p>
        </w:tc>
      </w:tr>
      <w:tr>
        <w:trPr>
          <w:trHeight w:hRule="exact" w:val="221"/>
        </w:trPr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36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1</w:t>
            </w:r>
          </w:p>
        </w:tc>
        <w:tc>
          <w:tcPr>
            <w:tcW w:type="dxa" w:w="1507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2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Cozinheiro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(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a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8"/>
                <w:sz w:val="14"/>
              </w:rPr>
              <w:t>)</w:t>
            </w:r>
          </w:p>
        </w:tc>
        <w:tc>
          <w:tcPr>
            <w:tcW w:type="dxa" w:w="62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44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44</w:t>
            </w:r>
          </w:p>
        </w:tc>
        <w:tc>
          <w:tcPr>
            <w:tcW w:type="dxa" w:w="87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484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484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9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5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118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72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3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393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26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14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84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5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160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7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698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2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14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34</w:t>
            </w:r>
          </w:p>
        </w:tc>
        <w:tc>
          <w:tcPr>
            <w:tcW w:type="dxa" w:w="88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40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14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25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199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41</w:t>
            </w:r>
          </w:p>
        </w:tc>
        <w:tc>
          <w:tcPr>
            <w:tcW w:type="dxa" w:w="144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91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320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10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519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51</w:t>
            </w:r>
          </w:p>
        </w:tc>
      </w:tr>
      <w:tr>
        <w:trPr>
          <w:trHeight w:hRule="exact" w:val="221"/>
        </w:trPr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32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23</w:t>
            </w:r>
          </w:p>
        </w:tc>
        <w:tc>
          <w:tcPr>
            <w:tcW w:type="dxa" w:w="1507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2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Professor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(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a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8"/>
                <w:sz w:val="14"/>
              </w:rPr>
              <w:t>)</w:t>
            </w:r>
          </w:p>
        </w:tc>
        <w:tc>
          <w:tcPr>
            <w:tcW w:type="dxa" w:w="62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44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44</w:t>
            </w:r>
          </w:p>
        </w:tc>
        <w:tc>
          <w:tcPr>
            <w:tcW w:type="dxa" w:w="87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696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1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62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2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008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9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16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960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64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1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16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2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432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12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5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620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08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15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680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7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698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163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329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82</w:t>
            </w:r>
          </w:p>
        </w:tc>
        <w:tc>
          <w:tcPr>
            <w:tcW w:type="dxa" w:w="88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4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327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75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5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88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2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358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41</w:t>
            </w:r>
          </w:p>
        </w:tc>
        <w:tc>
          <w:tcPr>
            <w:tcW w:type="dxa" w:w="144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75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13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2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375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13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19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101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733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54</w:t>
            </w:r>
          </w:p>
        </w:tc>
      </w:tr>
      <w:tr>
        <w:trPr>
          <w:trHeight w:hRule="exact" w:val="221"/>
        </w:trPr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36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3</w:t>
            </w:r>
          </w:p>
        </w:tc>
        <w:tc>
          <w:tcPr>
            <w:tcW w:type="dxa" w:w="1507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2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Aux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Cozinha</w:t>
            </w:r>
          </w:p>
        </w:tc>
        <w:tc>
          <w:tcPr>
            <w:tcW w:type="dxa" w:w="62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44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44</w:t>
            </w:r>
          </w:p>
        </w:tc>
        <w:tc>
          <w:tcPr>
            <w:tcW w:type="dxa" w:w="87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484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452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9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5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356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16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179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78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44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52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5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480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7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698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2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43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02</w:t>
            </w:r>
          </w:p>
        </w:tc>
        <w:tc>
          <w:tcPr>
            <w:tcW w:type="dxa" w:w="88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40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42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75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598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23</w:t>
            </w:r>
          </w:p>
        </w:tc>
        <w:tc>
          <w:tcPr>
            <w:tcW w:type="dxa" w:w="144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91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960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30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558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53</w:t>
            </w:r>
          </w:p>
        </w:tc>
      </w:tr>
      <w:tr>
        <w:trPr>
          <w:trHeight w:hRule="exact" w:val="221"/>
        </w:trPr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36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3</w:t>
            </w:r>
          </w:p>
        </w:tc>
        <w:tc>
          <w:tcPr>
            <w:tcW w:type="dxa" w:w="1507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2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Aux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Limpeza</w:t>
            </w:r>
          </w:p>
        </w:tc>
        <w:tc>
          <w:tcPr>
            <w:tcW w:type="dxa" w:w="62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44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44</w:t>
            </w:r>
          </w:p>
        </w:tc>
        <w:tc>
          <w:tcPr>
            <w:tcW w:type="dxa" w:w="87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484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452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9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5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356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16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179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78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44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52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5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480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7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698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2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43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02</w:t>
            </w:r>
          </w:p>
        </w:tc>
        <w:tc>
          <w:tcPr>
            <w:tcW w:type="dxa" w:w="88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40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42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75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598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23</w:t>
            </w:r>
          </w:p>
        </w:tc>
        <w:tc>
          <w:tcPr>
            <w:tcW w:type="dxa" w:w="144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91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960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30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558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53</w:t>
            </w:r>
          </w:p>
        </w:tc>
      </w:tr>
      <w:tr>
        <w:trPr>
          <w:trHeight w:hRule="exact" w:val="221"/>
        </w:trPr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324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32</w:t>
            </w:r>
          </w:p>
        </w:tc>
        <w:tc>
          <w:tcPr>
            <w:tcW w:type="dxa" w:w="2131"/>
            <w:gridSpan w:val="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177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Soma</w:t>
            </w:r>
          </w:p>
        </w:tc>
        <w:tc>
          <w:tcPr>
            <w:tcW w:type="dxa" w:w="87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9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13</w:t>
            </w:r>
            <w:r>
              <w:rPr>
                <w:rFonts w:ascii="Calibri" w:hAnsi="Calibri" w:eastAsia="Calibri"/>
                <w:b/>
                <w:i w:val="0"/>
                <w:color w:val="000000"/>
                <w:w w:val="98"/>
                <w:sz w:val="14"/>
              </w:rPr>
              <w:t>.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848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00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9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79</w:t>
            </w:r>
            <w:r>
              <w:rPr>
                <w:rFonts w:ascii="Calibri" w:hAnsi="Calibri" w:eastAsia="Calibri"/>
                <w:b/>
                <w:i w:val="0"/>
                <w:color w:val="000000"/>
                <w:w w:val="98"/>
                <w:sz w:val="14"/>
              </w:rPr>
              <w:t>.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096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00</w:t>
            </w:r>
          </w:p>
        </w:tc>
        <w:tc>
          <w:tcPr>
            <w:tcW w:type="dxa" w:w="79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9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6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.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327</w:t>
            </w:r>
            <w:r>
              <w:rPr>
                <w:rFonts w:ascii="Calibri" w:hAnsi="Calibri" w:eastAsia="Calibri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68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9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20</w:t>
            </w:r>
            <w:r>
              <w:rPr>
                <w:rFonts w:ascii="Calibri" w:hAnsi="Calibri" w:eastAsia="Calibri"/>
                <w:b/>
                <w:i w:val="0"/>
                <w:color w:val="000000"/>
                <w:w w:val="98"/>
                <w:sz w:val="14"/>
              </w:rPr>
              <w:t>.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960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44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327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0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187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790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96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326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0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82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4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.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800</w:t>
            </w:r>
            <w:r>
              <w:rPr>
                <w:rFonts w:ascii="Calibri" w:hAnsi="Calibri" w:eastAsia="Calibri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327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0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00</w:t>
            </w:r>
          </w:p>
        </w:tc>
        <w:tc>
          <w:tcPr>
            <w:tcW w:type="dxa" w:w="698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10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458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88</w:t>
            </w:r>
          </w:p>
        </w:tc>
        <w:tc>
          <w:tcPr>
            <w:tcW w:type="dxa" w:w="88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283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456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00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10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112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.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889</w:t>
            </w:r>
            <w:r>
              <w:rPr>
                <w:rFonts w:ascii="Calibri" w:hAnsi="Calibri" w:eastAsia="Calibri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96</w:t>
            </w:r>
          </w:p>
        </w:tc>
        <w:tc>
          <w:tcPr>
            <w:tcW w:type="dxa" w:w="144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672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17</w:t>
            </w:r>
            <w:r>
              <w:rPr>
                <w:rFonts w:ascii="Calibri" w:hAnsi="Calibri" w:eastAsia="Calibri"/>
                <w:b/>
                <w:i w:val="0"/>
                <w:color w:val="000000"/>
                <w:w w:val="98"/>
                <w:sz w:val="14"/>
              </w:rPr>
              <w:t>.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061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01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10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129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.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950</w:t>
            </w:r>
            <w:r>
              <w:rPr>
                <w:rFonts w:ascii="Calibri" w:hAnsi="Calibri" w:eastAsia="Calibri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97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187" w:after="0"/>
        <w:ind w:left="0" w:right="0"/>
      </w:pPr>
    </w:p>
    <w:tbl>
      <w:tblPr>
        <w:tblW w:type="auto" w:w="0"/>
        <w:tblInd w:type="dxa" w:w="30"/>
        <w:tblLayout w:type="fixed"/>
        <w:tblLook w:firstColumn="1" w:firstRow="1" w:lastColumn="0" w:lastRow="0" w:noHBand="0" w:noVBand="1" w:val="04A0"/>
      </w:tblPr>
      <w:tblGrid>
        <w:gridCol w:w="5090"/>
        <w:gridCol w:w="5090"/>
        <w:gridCol w:w="5090"/>
      </w:tblGrid>
      <w:tr>
        <w:trPr>
          <w:trHeight w:hRule="exact" w:val="906"/>
        </w:trPr>
        <w:tc>
          <w:tcPr>
            <w:tcW w:type="dxa" w:w="6974"/>
            <w:tcMar>
              <w:left w:type="dxa" w:w="0"/>
              <w:right w:type="dxa" w:w="0"/>
            </w:tcMar>
          </w:tcPr>
          <w:tbl>
            <w:tblPr>
              <w:tblW w:type="auto" w:w="0"/>
              <w:tblInd w:type="dxa" w:w="10"/>
              <w:tblLayout w:type="fixed"/>
              <w:tblLook w:firstColumn="1" w:firstRow="1" w:lastColumn="0" w:lastRow="0" w:noHBand="0" w:noVBand="1" w:val="04A0"/>
            </w:tblPr>
            <w:tblGrid>
              <w:gridCol w:w="6974"/>
            </w:tblGrid>
            <w:tr>
              <w:trPr>
                <w:trHeight w:hRule="exact" w:val="221"/>
              </w:trPr>
              <w:tc>
                <w:tcPr>
                  <w:tcW w:type="dxa" w:w="2919"/>
                  <w:tcBorders>
                    <w:left w:val="single" w:sz="12" w:color="000000"/>
                    <w:bottom w:val="single" w:sz="6" w:color="000000"/>
                  </w:tcBorders>
                  <w:tcMar>
                    <w:left w:type="dxa" w:w="0"/>
                    <w:right w:type="dxa" w:w="0"/>
                  </w:tcMar>
                </w:tcPr>
                <w:p/>
              </w:tc>
            </w:tr>
            <w:tr>
              <w:trPr>
                <w:trHeight w:hRule="exact" w:val="665"/>
              </w:trPr>
              <w:tc>
                <w:tcPr>
                  <w:tcW w:type="dxa" w:w="2919"/>
                  <w:tcBorders>
                    <w:top w:val="single" w:sz="6" w:color="000000"/>
                    <w:left w:val="single" w:sz="12" w:color="000000"/>
                  </w:tcBorders>
                  <w:tcMar>
                    <w:left w:type="dxa" w:w="0"/>
                    <w:right w:type="dxa" w:w="0"/>
                  </w:tcMar>
                </w:tcPr>
                <w:p>
                  <w:pPr>
                    <w:widowControl/>
                    <w:wordWrap w:val="0"/>
                    <w:autoSpaceDE w:val="0"/>
                    <w:autoSpaceDN w:val="0"/>
                    <w:spacing w:line="168" w:lineRule="exact" w:before="35" w:after="0"/>
                    <w:ind w:left="600" w:right="0" w:firstLine="0"/>
                    <w:jc w:val="left"/>
                  </w:pP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99"/>
                      <w:sz w:val="17"/>
                    </w:rPr>
                    <w:t>Assinatura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99"/>
                      <w:sz w:val="17"/>
                    </w:rPr>
                    <w:t>do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pacing w:val="-1"/>
                      <w:sz w:val="17"/>
                    </w:rPr>
                    <w:t>Presidente</w:t>
                  </w:r>
                </w:p>
                <w:p>
                  <w:pPr>
                    <w:widowControl/>
                    <w:wordWrap w:val="0"/>
                    <w:autoSpaceDE w:val="0"/>
                    <w:autoSpaceDN w:val="0"/>
                    <w:spacing w:line="168" w:lineRule="exact" w:before="53" w:after="0"/>
                    <w:ind w:left="699" w:right="0" w:firstLine="0"/>
                    <w:jc w:val="left"/>
                  </w:pP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99"/>
                      <w:sz w:val="17"/>
                    </w:rPr>
                    <w:t>MARIA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99"/>
                      <w:sz w:val="17"/>
                    </w:rPr>
                    <w:t>AMÉLlA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pacing w:val="-1"/>
                      <w:sz w:val="17"/>
                    </w:rPr>
                    <w:t>NECHI</w:t>
                  </w:r>
                </w:p>
                <w:p>
                  <w:pPr>
                    <w:widowControl/>
                    <w:wordWrap w:val="0"/>
                    <w:autoSpaceDE w:val="0"/>
                    <w:autoSpaceDN w:val="0"/>
                    <w:spacing w:line="168" w:lineRule="exact" w:before="53" w:after="0"/>
                    <w:ind w:left="2050" w:right="0" w:firstLine="0"/>
                    <w:jc w:val="left"/>
                  </w:pP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pacing w:val="-1"/>
                      <w:sz w:val="17"/>
                    </w:rPr>
                    <w:t>RG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pacing w:val="24"/>
                      <w:sz w:val="17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pacing w:val="-2"/>
                      <w:sz w:val="17"/>
                    </w:rPr>
                    <w:t>1E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99"/>
                      <w:sz w:val="17"/>
                    </w:rPr>
                    <w:t>+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pacing w:val="-2"/>
                      <w:sz w:val="17"/>
                    </w:rPr>
                    <w:t>07</w:t>
                  </w:r>
                </w:p>
              </w:tc>
            </w:tr>
          </w:tbl>
          <w:p>
            <w:pPr>
              <w:widowControl/>
              <w:wordWrap w:val="0"/>
              <w:autoSpaceDE w:val="0"/>
              <w:autoSpaceDN w:val="0"/>
              <w:spacing w:line="14" w:lineRule="exact" w:before="0" w:after="0"/>
              <w:ind w:left="0" w:right="0"/>
            </w:pPr>
          </w:p>
        </w:tc>
        <w:tc>
          <w:tcPr>
            <w:tcW w:type="dxa" w:w="4671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52" w:after="0"/>
              <w:ind w:left="403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Data</w:t>
            </w:r>
          </w:p>
        </w:tc>
        <w:tc>
          <w:tcPr>
            <w:tcW w:type="dxa" w:w="1133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52" w:after="0"/>
              <w:ind w:left="30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17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05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2023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6836" w:h="11904"/>
          <w:pgMar w:top="660" w:right="874" w:bottom="1440" w:left="692" w:header="720" w:footer="720" w:gutter="0"/>
          <w:cols w:space="720" w:num="1" w:equalWidth="0">
            <w:col w:w="1527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271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1349628</wp:posOffset>
            </wp:positionH>
            <wp:positionV relativeFrom="page">
              <wp:posOffset>719328</wp:posOffset>
            </wp:positionV>
            <wp:extent cx="3512820" cy="768985"/>
            <wp:wrapNone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768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473963</wp:posOffset>
            </wp:positionH>
            <wp:positionV relativeFrom="page">
              <wp:posOffset>1525777</wp:posOffset>
            </wp:positionV>
            <wp:extent cx="5441950" cy="279400"/>
            <wp:wrapNone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79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731519</wp:posOffset>
            </wp:positionH>
            <wp:positionV relativeFrom="page">
              <wp:posOffset>2073020</wp:posOffset>
            </wp:positionV>
            <wp:extent cx="10160" cy="1484630"/>
            <wp:wrapNone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14846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731519</wp:posOffset>
            </wp:positionH>
            <wp:positionV relativeFrom="page">
              <wp:posOffset>3682618</wp:posOffset>
            </wp:positionV>
            <wp:extent cx="10160" cy="2021205"/>
            <wp:wrapNone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20212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731519</wp:posOffset>
            </wp:positionH>
            <wp:positionV relativeFrom="page">
              <wp:posOffset>5828664</wp:posOffset>
            </wp:positionV>
            <wp:extent cx="10160" cy="143510"/>
            <wp:wrapNone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143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731519</wp:posOffset>
            </wp:positionH>
            <wp:positionV relativeFrom="page">
              <wp:posOffset>6096889</wp:posOffset>
            </wp:positionV>
            <wp:extent cx="10160" cy="680085"/>
            <wp:wrapNone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6800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731519</wp:posOffset>
            </wp:positionH>
            <wp:positionV relativeFrom="page">
              <wp:posOffset>6901560</wp:posOffset>
            </wp:positionV>
            <wp:extent cx="10160" cy="143510"/>
            <wp:wrapNone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143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731519</wp:posOffset>
            </wp:positionH>
            <wp:positionV relativeFrom="page">
              <wp:posOffset>7169860</wp:posOffset>
            </wp:positionV>
            <wp:extent cx="10160" cy="948690"/>
            <wp:wrapNone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9486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736091</wp:posOffset>
            </wp:positionH>
            <wp:positionV relativeFrom="page">
              <wp:posOffset>2211578</wp:posOffset>
            </wp:positionV>
            <wp:extent cx="4567555" cy="139700"/>
            <wp:wrapNone/>
            <wp:docPr id="54" name="Picture 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39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2798698</wp:posOffset>
            </wp:positionH>
            <wp:positionV relativeFrom="page">
              <wp:posOffset>2345690</wp:posOffset>
            </wp:positionV>
            <wp:extent cx="2505075" cy="137160"/>
            <wp:wrapNone/>
            <wp:docPr id="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37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736091</wp:posOffset>
            </wp:positionH>
            <wp:positionV relativeFrom="page">
              <wp:posOffset>3016630</wp:posOffset>
            </wp:positionV>
            <wp:extent cx="4567555" cy="139700"/>
            <wp:wrapNone/>
            <wp:docPr id="56" name="Picture 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39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736091</wp:posOffset>
            </wp:positionH>
            <wp:positionV relativeFrom="page">
              <wp:posOffset>3418967</wp:posOffset>
            </wp:positionV>
            <wp:extent cx="4567555" cy="137160"/>
            <wp:wrapNone/>
            <wp:docPr id="57" name="Picture 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37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736091</wp:posOffset>
            </wp:positionH>
            <wp:positionV relativeFrom="page">
              <wp:posOffset>3687191</wp:posOffset>
            </wp:positionV>
            <wp:extent cx="4567555" cy="139700"/>
            <wp:wrapNone/>
            <wp:docPr id="58" name="Picture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39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736091</wp:posOffset>
            </wp:positionH>
            <wp:positionV relativeFrom="page">
              <wp:posOffset>5565013</wp:posOffset>
            </wp:positionV>
            <wp:extent cx="4567555" cy="139700"/>
            <wp:wrapNone/>
            <wp:docPr id="59" name="Picture 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39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736091</wp:posOffset>
            </wp:positionH>
            <wp:positionV relativeFrom="page">
              <wp:posOffset>5833236</wp:posOffset>
            </wp:positionV>
            <wp:extent cx="4567555" cy="137160"/>
            <wp:wrapNone/>
            <wp:docPr id="60" name="Picture 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37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736091</wp:posOffset>
            </wp:positionH>
            <wp:positionV relativeFrom="page">
              <wp:posOffset>6101460</wp:posOffset>
            </wp:positionV>
            <wp:extent cx="4567555" cy="137160"/>
            <wp:wrapNone/>
            <wp:docPr id="61" name="Picture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37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736091</wp:posOffset>
            </wp:positionH>
            <wp:positionV relativeFrom="page">
              <wp:posOffset>6637908</wp:posOffset>
            </wp:positionV>
            <wp:extent cx="4567555" cy="137160"/>
            <wp:wrapNone/>
            <wp:docPr id="62" name="Picture 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37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736091</wp:posOffset>
            </wp:positionH>
            <wp:positionV relativeFrom="page">
              <wp:posOffset>6906133</wp:posOffset>
            </wp:positionV>
            <wp:extent cx="4567555" cy="139700"/>
            <wp:wrapNone/>
            <wp:docPr id="63" name="Picture 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39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3658234</wp:posOffset>
            </wp:positionH>
            <wp:positionV relativeFrom="page">
              <wp:posOffset>7174357</wp:posOffset>
            </wp:positionV>
            <wp:extent cx="1645285" cy="137160"/>
            <wp:wrapNone/>
            <wp:docPr id="6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37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3658234</wp:posOffset>
            </wp:positionH>
            <wp:positionV relativeFrom="page">
              <wp:posOffset>7308468</wp:posOffset>
            </wp:positionV>
            <wp:extent cx="1645285" cy="137160"/>
            <wp:wrapNone/>
            <wp:docPr id="65" name="Picture 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37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3658234</wp:posOffset>
            </wp:positionH>
            <wp:positionV relativeFrom="page">
              <wp:posOffset>7442581</wp:posOffset>
            </wp:positionV>
            <wp:extent cx="1645285" cy="137160"/>
            <wp:wrapNone/>
            <wp:docPr id="66" name="Picture 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37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3658234</wp:posOffset>
            </wp:positionH>
            <wp:positionV relativeFrom="page">
              <wp:posOffset>7576692</wp:posOffset>
            </wp:positionV>
            <wp:extent cx="1645285" cy="139700"/>
            <wp:wrapNone/>
            <wp:docPr id="67" name="Picture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39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3658234</wp:posOffset>
            </wp:positionH>
            <wp:positionV relativeFrom="page">
              <wp:posOffset>7710805</wp:posOffset>
            </wp:positionV>
            <wp:extent cx="1645285" cy="139700"/>
            <wp:wrapNone/>
            <wp:docPr id="68" name="Picture 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39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3658234</wp:posOffset>
            </wp:positionH>
            <wp:positionV relativeFrom="page">
              <wp:posOffset>7844993</wp:posOffset>
            </wp:positionV>
            <wp:extent cx="1645285" cy="139700"/>
            <wp:wrapNone/>
            <wp:docPr id="69" name="Picture 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39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736091</wp:posOffset>
            </wp:positionH>
            <wp:positionV relativeFrom="page">
              <wp:posOffset>7979409</wp:posOffset>
            </wp:positionV>
            <wp:extent cx="4567555" cy="137160"/>
            <wp:wrapNone/>
            <wp:docPr id="70" name="Picture 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37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5296789</wp:posOffset>
            </wp:positionH>
            <wp:positionV relativeFrom="page">
              <wp:posOffset>2216277</wp:posOffset>
            </wp:positionV>
            <wp:extent cx="12700" cy="1341755"/>
            <wp:wrapNone/>
            <wp:docPr id="71" name="Picture 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3417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5296789</wp:posOffset>
            </wp:positionH>
            <wp:positionV relativeFrom="page">
              <wp:posOffset>3691763</wp:posOffset>
            </wp:positionV>
            <wp:extent cx="12700" cy="2012315"/>
            <wp:wrapNone/>
            <wp:docPr id="72" name="Picture 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0123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5296789</wp:posOffset>
            </wp:positionH>
            <wp:positionV relativeFrom="page">
              <wp:posOffset>5837808</wp:posOffset>
            </wp:positionV>
            <wp:extent cx="12700" cy="134620"/>
            <wp:wrapNone/>
            <wp:docPr id="73" name="Picture 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346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5296789</wp:posOffset>
            </wp:positionH>
            <wp:positionV relativeFrom="page">
              <wp:posOffset>6106033</wp:posOffset>
            </wp:positionV>
            <wp:extent cx="12700" cy="670560"/>
            <wp:wrapNone/>
            <wp:docPr id="74" name="Picture 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6705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5296789</wp:posOffset>
            </wp:positionH>
            <wp:positionV relativeFrom="page">
              <wp:posOffset>6910705</wp:posOffset>
            </wp:positionV>
            <wp:extent cx="12700" cy="134620"/>
            <wp:wrapNone/>
            <wp:docPr id="75" name="Picture 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346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5296789</wp:posOffset>
            </wp:positionH>
            <wp:positionV relativeFrom="page">
              <wp:posOffset>7179005</wp:posOffset>
            </wp:positionV>
            <wp:extent cx="12700" cy="939165"/>
            <wp:wrapNone/>
            <wp:docPr id="76" name="Picture 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9391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2207006</wp:posOffset>
            </wp:positionV>
            <wp:extent cx="4565650" cy="12700"/>
            <wp:wrapNone/>
            <wp:docPr id="77" name="Picture 7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2341118</wp:posOffset>
            </wp:positionV>
            <wp:extent cx="4565650" cy="12700"/>
            <wp:wrapNone/>
            <wp:docPr id="78" name="Picture 7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2475230</wp:posOffset>
            </wp:positionV>
            <wp:extent cx="4565650" cy="12700"/>
            <wp:wrapNone/>
            <wp:docPr id="79" name="Picture 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2609342</wp:posOffset>
            </wp:positionV>
            <wp:extent cx="4565650" cy="10160"/>
            <wp:wrapNone/>
            <wp:docPr id="80" name="Picture 8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2743454</wp:posOffset>
            </wp:positionV>
            <wp:extent cx="4565650" cy="10160"/>
            <wp:wrapNone/>
            <wp:docPr id="81" name="Picture 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2877947</wp:posOffset>
            </wp:positionV>
            <wp:extent cx="4565650" cy="10160"/>
            <wp:wrapNone/>
            <wp:docPr id="82" name="Picture 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3012059</wp:posOffset>
            </wp:positionV>
            <wp:extent cx="4565650" cy="12700"/>
            <wp:wrapNone/>
            <wp:docPr id="83" name="Picture 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3146171</wp:posOffset>
            </wp:positionV>
            <wp:extent cx="4565650" cy="12700"/>
            <wp:wrapNone/>
            <wp:docPr id="84" name="Picture 8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3280283</wp:posOffset>
            </wp:positionV>
            <wp:extent cx="4565650" cy="12700"/>
            <wp:wrapNone/>
            <wp:docPr id="85" name="Picture 8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3414395</wp:posOffset>
            </wp:positionV>
            <wp:extent cx="4565650" cy="10160"/>
            <wp:wrapNone/>
            <wp:docPr id="86" name="Picture 8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3548507</wp:posOffset>
            </wp:positionV>
            <wp:extent cx="4565650" cy="10160"/>
            <wp:wrapNone/>
            <wp:docPr id="87" name="Picture 8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3682619</wp:posOffset>
            </wp:positionV>
            <wp:extent cx="4565650" cy="12700"/>
            <wp:wrapNone/>
            <wp:docPr id="88" name="Picture 8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3816731</wp:posOffset>
            </wp:positionV>
            <wp:extent cx="4565650" cy="12700"/>
            <wp:wrapNone/>
            <wp:docPr id="89" name="Picture 8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3950843</wp:posOffset>
            </wp:positionV>
            <wp:extent cx="4565650" cy="12700"/>
            <wp:wrapNone/>
            <wp:docPr id="90" name="Picture 9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4084955</wp:posOffset>
            </wp:positionV>
            <wp:extent cx="4565650" cy="10160"/>
            <wp:wrapNone/>
            <wp:docPr id="91" name="Picture 9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4219066</wp:posOffset>
            </wp:positionV>
            <wp:extent cx="4565650" cy="10160"/>
            <wp:wrapNone/>
            <wp:docPr id="92" name="Picture 9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4353178</wp:posOffset>
            </wp:positionV>
            <wp:extent cx="4565650" cy="12700"/>
            <wp:wrapNone/>
            <wp:docPr id="93" name="Picture 9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4487290</wp:posOffset>
            </wp:positionV>
            <wp:extent cx="4565650" cy="12700"/>
            <wp:wrapNone/>
            <wp:docPr id="94" name="Picture 9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4621402</wp:posOffset>
            </wp:positionV>
            <wp:extent cx="4565650" cy="12700"/>
            <wp:wrapNone/>
            <wp:docPr id="95" name="Picture 9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4755514</wp:posOffset>
            </wp:positionV>
            <wp:extent cx="4565650" cy="10160"/>
            <wp:wrapNone/>
            <wp:docPr id="96" name="Picture 9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4889626</wp:posOffset>
            </wp:positionV>
            <wp:extent cx="4565650" cy="10160"/>
            <wp:wrapNone/>
            <wp:docPr id="97" name="Picture 9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5023738</wp:posOffset>
            </wp:positionV>
            <wp:extent cx="4565650" cy="12700"/>
            <wp:wrapNone/>
            <wp:docPr id="98" name="Picture 9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5157850</wp:posOffset>
            </wp:positionV>
            <wp:extent cx="4565650" cy="12700"/>
            <wp:wrapNone/>
            <wp:docPr id="99" name="Picture 9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5291963</wp:posOffset>
            </wp:positionV>
            <wp:extent cx="4565650" cy="1270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5426328</wp:posOffset>
            </wp:positionV>
            <wp:extent cx="4565650" cy="1016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5560440</wp:posOffset>
            </wp:positionV>
            <wp:extent cx="4565650" cy="1016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5694552</wp:posOffset>
            </wp:positionV>
            <wp:extent cx="4565650" cy="1270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5828664</wp:posOffset>
            </wp:positionV>
            <wp:extent cx="4565650" cy="1270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5962776</wp:posOffset>
            </wp:positionV>
            <wp:extent cx="4565650" cy="1270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6096888</wp:posOffset>
            </wp:positionV>
            <wp:extent cx="4565650" cy="1016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6231001</wp:posOffset>
            </wp:positionV>
            <wp:extent cx="4565650" cy="1016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6365112</wp:posOffset>
            </wp:positionV>
            <wp:extent cx="4565650" cy="1270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6499225</wp:posOffset>
            </wp:positionV>
            <wp:extent cx="4565650" cy="1270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6633337</wp:posOffset>
            </wp:positionV>
            <wp:extent cx="4565650" cy="1270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6767448</wp:posOffset>
            </wp:positionV>
            <wp:extent cx="4565650" cy="1016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6901561</wp:posOffset>
            </wp:positionV>
            <wp:extent cx="4565650" cy="1016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7035672</wp:posOffset>
            </wp:positionV>
            <wp:extent cx="4565650" cy="1270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7169784</wp:posOffset>
            </wp:positionV>
            <wp:extent cx="4565650" cy="1270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7974838</wp:posOffset>
            </wp:positionV>
            <wp:extent cx="4565650" cy="1270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8108950</wp:posOffset>
            </wp:positionV>
            <wp:extent cx="4565650" cy="1270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pict>
          <v:shape path="m,l,1000r1000,l1000,xe" filled="f" stroked="f" style="margin-left:59.52pt;margin-top:598.58pt;width:217.53pt;height:9.06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61" w:lineRule="exact" w:before="0" w:after="0"/>
                    <w:ind w:left="0" w:right="0" w:firstLine="0"/>
                    <w:jc w:val="left"/>
                  </w:pP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w w:val="101"/>
                      <w:sz w:val="16"/>
                    </w:rPr>
                    <w:t>Execução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w w:val="101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sz w:val="16"/>
                    </w:rPr>
                    <w:t>de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w w:val="101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w w:val="101"/>
                      <w:sz w:val="16"/>
                    </w:rPr>
                    <w:t>Melhorias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w w:val="101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sz w:val="16"/>
                    </w:rPr>
                    <w:t>na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w w:val="98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w w:val="101"/>
                      <w:sz w:val="16"/>
                    </w:rPr>
                    <w:t>Unidade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w w:val="101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w w:val="101"/>
                      <w:sz w:val="16"/>
                    </w:rPr>
                    <w:t>Escolar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588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16"/>
                    </w:rPr>
                    <w:t>R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101"/>
                      <w:sz w:val="16"/>
                    </w:rPr>
                    <w:t>$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101"/>
                      <w:sz w:val="16"/>
                    </w:rPr>
                    <w:t>40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101"/>
                      <w:sz w:val="16"/>
                    </w:rPr>
                    <w:t>.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101"/>
                      <w:sz w:val="16"/>
                    </w:rPr>
                    <w:t>000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101"/>
                      <w:sz w:val="16"/>
                    </w:rPr>
                    <w:t>,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101"/>
                      <w:sz w:val="16"/>
                    </w:rPr>
                    <w:t>00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294.41pt;margin-top:592.94pt;width:117.72pt;height:9.06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61" w:lineRule="exact" w:before="0" w:after="0"/>
                    <w:ind w:left="0" w:right="0" w:firstLine="0"/>
                    <w:jc w:val="left"/>
                  </w:pP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sz w:val="16"/>
                    </w:rPr>
                    <w:t>Portaria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w w:val="98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sz w:val="16"/>
                    </w:rPr>
                    <w:t>nº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w w:val="101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w w:val="101"/>
                      <w:sz w:val="16"/>
                    </w:rPr>
                    <w:t>063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w w:val="101"/>
                      <w:sz w:val="16"/>
                    </w:rPr>
                    <w:t>/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w w:val="101"/>
                      <w:sz w:val="16"/>
                    </w:rPr>
                    <w:t>2021</w:t>
                  </w:r>
                  <w:r>
                    <w:rPr>
                      <w:rFonts w:ascii="Times New Roman" w:hAnsi="Times New Roman" w:eastAsia="Times New Roman"/>
                      <w:b/>
                      <w:color w:val="FFFFFF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spacing w:val="1"/>
                      <w:sz w:val="16"/>
                    </w:rPr>
                    <w:t>-</w:t>
                  </w:r>
                  <w:r>
                    <w:rPr>
                      <w:rFonts w:ascii="Times New Roman" w:hAnsi="Times New Roman" w:eastAsia="Times New Roman"/>
                      <w:b/>
                      <w:color w:val="FFFFFF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w w:val="101"/>
                      <w:sz w:val="16"/>
                    </w:rPr>
                    <w:t>SE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w w:val="101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w w:val="101"/>
                      <w:sz w:val="16"/>
                    </w:rPr>
                    <w:t>Artigo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w w:val="101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sz w:val="16"/>
                    </w:rPr>
                    <w:t>29</w:t>
                  </w:r>
                </w:p>
              </w:txbxContent>
            </v:textbox>
            <w10:wrap type="none"/>
          </v:shape>
        </w:pict>
      </w:r>
    </w:p>
    <w:p>
      <w:pPr>
        <w:widowControl/>
        <w:wordWrap w:val="0"/>
        <w:autoSpaceDE w:val="0"/>
        <w:autoSpaceDN w:val="0"/>
        <w:spacing w:line="14" w:lineRule="exact" w:before="556" w:after="0"/>
        <w:ind w:left="0" w:right="0"/>
      </w:pPr>
    </w:p>
    <w:tbl>
      <w:tblPr>
        <w:tblW w:type="auto" w:w="0"/>
        <w:tblInd w:type="dxa" w:w="83"/>
        <w:tblLayout w:type="fixed"/>
        <w:tblLook w:firstColumn="1" w:firstRow="1" w:lastColumn="0" w:lastRow="0" w:noHBand="0" w:noVBand="1" w:val="04A0"/>
      </w:tblPr>
      <w:tblGrid>
        <w:gridCol w:w="3257"/>
        <w:gridCol w:w="3257"/>
        <w:gridCol w:w="3257"/>
      </w:tblGrid>
      <w:tr>
        <w:trPr>
          <w:trHeight w:hRule="exact" w:val="1694"/>
        </w:trPr>
        <w:tc>
          <w:tcPr>
            <w:tcW w:type="dxa" w:w="8568"/>
            <w:gridSpan w:val="3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1" w:lineRule="exact" w:before="539" w:after="0"/>
              <w:ind w:left="4002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101"/>
                <w:sz w:val="16"/>
              </w:rPr>
              <w:t>TIMBRE</w:t>
            </w:r>
          </w:p>
          <w:p>
            <w:pPr>
              <w:widowControl/>
              <w:wordWrap w:val="0"/>
              <w:autoSpaceDE w:val="0"/>
              <w:autoSpaceDN w:val="0"/>
              <w:spacing w:line="161" w:lineRule="exact" w:before="686" w:after="0"/>
              <w:ind w:left="3553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z w:val="16"/>
              </w:rPr>
              <w:t>PLANO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6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z w:val="16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6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w w:val="101"/>
                <w:sz w:val="16"/>
              </w:rPr>
              <w:t>TRABALHO</w:t>
            </w:r>
          </w:p>
        </w:tc>
      </w:tr>
      <w:tr>
        <w:trPr>
          <w:trHeight w:hRule="exact" w:val="223"/>
        </w:trPr>
        <w:tc>
          <w:tcPr>
            <w:tcW w:type="dxa" w:w="413"/>
            <w:vMerge w:val="restart"/>
            <w:tcBorders>
              <w:top w:val="single" w:sz="12" w:color="000000"/>
              <w:left w:val="single" w:sz="12" w:color="000000"/>
              <w:bottom w:val="single" w:sz="12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190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1" w:lineRule="exact" w:before="23" w:after="0"/>
              <w:ind w:left="2316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w w:val="101"/>
                <w:sz w:val="16"/>
              </w:rPr>
              <w:t>PLANILHA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6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z w:val="16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6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z w:val="16"/>
              </w:rPr>
              <w:t>APLICAÇÃO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6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w w:val="101"/>
                <w:sz w:val="16"/>
              </w:rPr>
              <w:t>FINANCEIRA</w:t>
            </w:r>
          </w:p>
        </w:tc>
        <w:tc>
          <w:tcPr>
            <w:tcW w:type="dxa" w:w="965"/>
            <w:vMerge w:val="restart"/>
            <w:tcBorders>
              <w:top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0151"/>
        </w:trPr>
        <w:tc>
          <w:tcPr>
            <w:tcW w:type="dxa" w:w="3257"/>
            <w:vMerge/>
            <w:tcBorders>
              <w:top w:val="single" w:sz="12" w:color="000000"/>
              <w:left w:val="single" w:sz="12" w:color="000000"/>
              <w:bottom w:val="single" w:sz="12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3257"/>
            <w:tcMar>
              <w:left w:type="dxa" w:w="0"/>
              <w:right w:type="dxa" w:w="0"/>
            </w:tcMar>
          </w:tcPr>
          <w:p/>
        </w:tc>
        <w:tc>
          <w:tcPr>
            <w:tcW w:type="dxa" w:w="3257"/>
            <w:vMerge/>
            <w:tcBorders>
              <w:top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056"/>
        </w:trPr>
        <w:tc>
          <w:tcPr>
            <w:tcW w:type="dxa" w:w="8568"/>
            <w:gridSpan w:val="3"/>
            <w:tcBorders>
              <w:top w:val="single" w:sz="12" w:color="000000"/>
              <w:left w:val="single" w:sz="12" w:color="000000"/>
              <w:bottom w:val="single" w:sz="6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1" w:lineRule="exact" w:before="448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z w:val="16"/>
              </w:rPr>
              <w:t>Data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71"/>
                <w:sz w:val="16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6"/>
              </w:rPr>
              <w:t>17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6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6"/>
              </w:rPr>
              <w:t>05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6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6"/>
              </w:rPr>
              <w:t>2023</w:t>
            </w:r>
          </w:p>
        </w:tc>
      </w:tr>
      <w:tr>
        <w:trPr>
          <w:trHeight w:hRule="exact" w:val="1068"/>
        </w:trPr>
        <w:tc>
          <w:tcPr>
            <w:tcW w:type="dxa" w:w="8568"/>
            <w:gridSpan w:val="3"/>
            <w:tcBorders>
              <w:top w:val="single" w:sz="6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1" w:lineRule="exact" w:before="32" w:after="0"/>
              <w:ind w:left="169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z w:val="16"/>
              </w:rPr>
              <w:t>Assinatura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5"/>
                <w:sz w:val="16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6"/>
              </w:rPr>
              <w:t>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6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6"/>
              </w:rPr>
              <w:t>Presidente</w:t>
            </w:r>
          </w:p>
          <w:p>
            <w:pPr>
              <w:widowControl/>
              <w:wordWrap w:val="0"/>
              <w:autoSpaceDE w:val="0"/>
              <w:autoSpaceDN w:val="0"/>
              <w:spacing w:line="161" w:lineRule="exact" w:before="50" w:after="0"/>
              <w:ind w:left="1781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z w:val="16"/>
              </w:rPr>
              <w:t>MARIA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6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6"/>
              </w:rPr>
              <w:t>AMÉLlA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6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6"/>
              </w:rPr>
              <w:t>NECHI</w:t>
            </w:r>
          </w:p>
          <w:p>
            <w:pPr>
              <w:widowControl/>
              <w:wordWrap w:val="0"/>
              <w:autoSpaceDE w:val="0"/>
              <w:autoSpaceDN w:val="0"/>
              <w:spacing w:line="161" w:lineRule="exact" w:before="50" w:after="0"/>
              <w:ind w:left="1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z w:val="16"/>
              </w:rPr>
              <w:t>RG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5"/>
                <w:sz w:val="16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6"/>
              </w:rPr>
              <w:t>12211084</w:t>
            </w:r>
          </w:p>
          <w:p>
            <w:pPr>
              <w:widowControl/>
              <w:wordWrap w:val="0"/>
              <w:autoSpaceDE w:val="0"/>
              <w:autoSpaceDN w:val="0"/>
              <w:spacing w:line="118" w:lineRule="exact" w:before="291" w:after="0"/>
              <w:ind w:left="3750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spacing w:val="-1"/>
                <w:sz w:val="12"/>
              </w:rPr>
              <w:t>PLANO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-2"/>
                <w:sz w:val="12"/>
              </w:rPr>
              <w:t>DE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-1"/>
                <w:sz w:val="12"/>
              </w:rPr>
              <w:t>TRABALHO</w:t>
            </w:r>
          </w:p>
        </w:tc>
      </w:tr>
    </w:tbl>
    <w:p>
      <w:pPr>
        <w:widowControl/>
        <w:wordWrap w:val="0"/>
        <w:autoSpaceDE w:val="0"/>
        <w:autoSpaceDN w:val="0"/>
        <w:spacing w:line="-7019" w:lineRule="exact" w:before="0" w:after="0"/>
        <w:ind w:left="3187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sz w:val="16"/>
        </w:rPr>
        <w:t>exames</w:t>
      </w:r>
      <w:r>
        <w:rPr>
          <w:rFonts w:ascii="Calibri" w:hAnsi="Calibri" w:eastAsia="Calibri"/>
          <w:b w:val="0"/>
          <w:i w:val="0"/>
          <w:color w:val="000000"/>
          <w:spacing w:val="7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53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700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645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-4858" w:lineRule="exact" w:before="0" w:after="25"/>
        <w:ind w:left="818" w:right="0" w:firstLine="0"/>
        <w:jc w:val="left"/>
      </w:pPr>
      <w:r>
        <w:rPr>
          <w:rFonts w:ascii="Calibri" w:hAnsi="Calibri" w:eastAsia="Calibri"/>
          <w:b/>
          <w:i/>
          <w:color w:val="000000"/>
          <w:spacing w:val="-1"/>
          <w:sz w:val="12"/>
        </w:rPr>
        <w:t>Valor</w:t>
      </w:r>
      <w:r>
        <w:rPr>
          <w:rFonts w:ascii="Calibri" w:hAnsi="Calibri" w:eastAsia="Calibri"/>
          <w:b/>
          <w:i/>
          <w:color w:val="000000"/>
          <w:spacing w:val="-1"/>
          <w:sz w:val="12"/>
        </w:rPr>
        <w:t xml:space="preserve"> </w:t>
      </w:r>
      <w:r>
        <w:rPr>
          <w:rFonts w:ascii="Calibri" w:hAnsi="Calibri" w:eastAsia="Calibri"/>
          <w:b/>
          <w:i/>
          <w:color w:val="000000"/>
          <w:spacing w:val="-1"/>
          <w:sz w:val="12"/>
        </w:rPr>
        <w:t>Repasse</w:t>
      </w:r>
      <w:r>
        <w:rPr>
          <w:rFonts w:ascii="Calibri" w:hAnsi="Calibri" w:eastAsia="Calibri"/>
          <w:b/>
          <w:i/>
          <w:color w:val="000000"/>
          <w:spacing w:val="-1"/>
          <w:sz w:val="12"/>
        </w:rPr>
        <w:t xml:space="preserve"> </w:t>
      </w:r>
      <w:r>
        <w:rPr>
          <w:rFonts w:ascii="Calibri" w:hAnsi="Calibri" w:eastAsia="Calibri"/>
          <w:b/>
          <w:i/>
          <w:color w:val="000000"/>
          <w:spacing w:val="-1"/>
          <w:sz w:val="12"/>
        </w:rPr>
        <w:t>mensal</w:t>
      </w:r>
      <w:r>
        <w:rPr>
          <w:rFonts w:ascii="Calibri" w:hAnsi="Calibri" w:eastAsia="Calibri"/>
          <w:b/>
          <w:i/>
          <w:color w:val="000000"/>
          <w:spacing w:val="-1"/>
          <w:sz w:val="12"/>
        </w:rPr>
        <w:t xml:space="preserve"> </w:t>
      </w:r>
      <w:r>
        <w:rPr>
          <w:rFonts w:ascii="Calibri" w:hAnsi="Calibri" w:eastAsia="Calibri"/>
          <w:b/>
          <w:i/>
          <w:color w:val="000000"/>
          <w:spacing w:val="-2"/>
          <w:sz w:val="12"/>
        </w:rPr>
        <w:t>C</w:t>
      </w:r>
      <w:r>
        <w:rPr>
          <w:rFonts w:ascii="Calibri" w:hAnsi="Calibri" w:eastAsia="Calibri"/>
          <w:b/>
          <w:i/>
          <w:color w:val="000000"/>
          <w:spacing w:val="-2"/>
          <w:sz w:val="12"/>
        </w:rPr>
        <w:t>/</w:t>
      </w:r>
      <w:r>
        <w:rPr>
          <w:rFonts w:ascii="Calibri" w:hAnsi="Calibri" w:eastAsia="Calibri"/>
          <w:b/>
          <w:i/>
          <w:color w:val="000000"/>
          <w:spacing w:val="-1"/>
          <w:sz w:val="12"/>
        </w:rPr>
        <w:t xml:space="preserve"> </w:t>
      </w:r>
      <w:r>
        <w:rPr>
          <w:rFonts w:ascii="Calibri" w:hAnsi="Calibri" w:eastAsia="Calibri"/>
          <w:b/>
          <w:i/>
          <w:color w:val="000000"/>
          <w:spacing w:val="-1"/>
          <w:sz w:val="12"/>
        </w:rPr>
        <w:t>LOCAÇÃO</w:t>
      </w:r>
      <w:r>
        <w:rPr>
          <w:rFonts w:ascii="Calibri" w:hAnsi="Calibri" w:eastAsia="Calibri"/>
          <w:b/>
          <w:i/>
          <w:color w:val="000000"/>
          <w:spacing w:val="-1"/>
          <w:sz w:val="12"/>
        </w:rPr>
        <w:t xml:space="preserve"> </w:t>
      </w:r>
      <w:r>
        <w:rPr>
          <w:rFonts w:ascii="Calibri" w:hAnsi="Calibri" w:eastAsia="Calibri"/>
          <w:b/>
          <w:i/>
          <w:color w:val="000000"/>
          <w:spacing w:val="-2"/>
          <w:sz w:val="12"/>
        </w:rPr>
        <w:t>(</w:t>
      </w:r>
      <w:r>
        <w:rPr>
          <w:rFonts w:ascii="Calibri" w:hAnsi="Calibri" w:eastAsia="Calibri"/>
          <w:b/>
          <w:i/>
          <w:color w:val="000000"/>
          <w:w w:val="98"/>
          <w:sz w:val="12"/>
        </w:rPr>
        <w:t>quando</w:t>
      </w:r>
      <w:r>
        <w:rPr>
          <w:rFonts w:ascii="Calibri" w:hAnsi="Calibri" w:eastAsia="Calibri"/>
          <w:b/>
          <w:i/>
          <w:color w:val="000000"/>
          <w:spacing w:val="-1"/>
          <w:sz w:val="12"/>
        </w:rPr>
        <w:t xml:space="preserve"> </w:t>
      </w:r>
      <w:r>
        <w:rPr>
          <w:rFonts w:ascii="Calibri" w:hAnsi="Calibri" w:eastAsia="Calibri"/>
          <w:b/>
          <w:i/>
          <w:color w:val="000000"/>
          <w:spacing w:val="-1"/>
          <w:sz w:val="12"/>
        </w:rPr>
        <w:t>houver</w:t>
      </w:r>
      <w:r>
        <w:rPr>
          <w:rFonts w:ascii="Calibri" w:hAnsi="Calibri" w:eastAsia="Calibri"/>
          <w:b/>
          <w:i/>
          <w:color w:val="000000"/>
          <w:w w:val="98"/>
          <w:sz w:val="12"/>
        </w:rPr>
        <w:t>)</w:t>
      </w:r>
      <w:r>
        <w:rPr>
          <w:rFonts w:ascii="Times New Roman" w:hAnsi="Times New Roman" w:eastAsia="Times New Roman"/>
          <w:b/>
          <w:color w:val="000000"/>
          <w:spacing w:val="665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165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312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41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735" w:right="0" w:firstLine="0"/>
        <w:jc w:val="left"/>
      </w:pPr>
      <w:r>
        <w:rPr>
          <w:rFonts w:ascii="Calibri" w:hAnsi="Calibri" w:eastAsia="Calibri"/>
          <w:b/>
          <w:i w:val="0"/>
          <w:color w:val="000000"/>
          <w:w w:val="101"/>
          <w:sz w:val="16"/>
        </w:rPr>
        <w:t>DESPESAS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843" w:right="0" w:firstLine="0"/>
        <w:jc w:val="left"/>
      </w:pPr>
      <w:r>
        <w:rPr>
          <w:rFonts w:ascii="Calibri" w:hAnsi="Calibri" w:eastAsia="Calibri"/>
          <w:b/>
          <w:i/>
          <w:color w:val="000000"/>
          <w:sz w:val="16"/>
        </w:rPr>
        <w:t>Valor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do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sz w:val="16"/>
        </w:rPr>
        <w:t>Mensal</w:t>
      </w:r>
      <w:r>
        <w:rPr>
          <w:rFonts w:ascii="Times New Roman" w:hAnsi="Times New Roman" w:eastAsia="Times New Roman"/>
          <w:b/>
          <w:color w:val="000000"/>
          <w:spacing w:val="1054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sz w:val="16"/>
        </w:rPr>
        <w:t>Valor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sz w:val="16"/>
        </w:rPr>
        <w:t>Ano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498" w:right="0" w:firstLine="0"/>
        <w:jc w:val="left"/>
      </w:pPr>
      <w:r>
        <w:rPr>
          <w:rFonts w:ascii="Calibri" w:hAnsi="Calibri" w:eastAsia="Calibri"/>
          <w:b/>
          <w:i w:val="0"/>
          <w:color w:val="000000"/>
          <w:w w:val="101"/>
          <w:sz w:val="16"/>
        </w:rPr>
        <w:t>Recursos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Humanos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182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sz w:val="16"/>
        </w:rPr>
        <w:t>Salários</w:t>
      </w:r>
      <w:r>
        <w:rPr>
          <w:rFonts w:ascii="Calibri" w:hAnsi="Calibri" w:eastAsia="Calibri"/>
          <w:b w:val="0"/>
          <w:i w:val="0"/>
          <w:color w:val="000000"/>
          <w:spacing w:val="7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329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79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096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359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1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028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248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021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sz w:val="16"/>
        </w:rPr>
        <w:t>Benefícios</w:t>
      </w:r>
      <w:r>
        <w:rPr>
          <w:rFonts w:ascii="Calibri" w:hAnsi="Calibri" w:eastAsia="Calibri"/>
          <w:b w:val="0"/>
          <w:i w:val="0"/>
          <w:color w:val="000000"/>
          <w:spacing w:val="76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5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714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88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68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578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56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2280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sz w:val="16"/>
        </w:rPr>
        <w:t>Encargos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Trabalhistas</w:t>
      </w:r>
      <w:r>
        <w:rPr>
          <w:rFonts w:ascii="Calibri" w:hAnsi="Calibri" w:eastAsia="Calibri"/>
          <w:b w:val="0"/>
          <w:i w:val="0"/>
          <w:color w:val="000000"/>
          <w:spacing w:val="76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329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079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08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482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365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028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04</w:t>
      </w:r>
    </w:p>
    <w:p>
      <w:pPr>
        <w:widowControl/>
        <w:wordWrap w:val="0"/>
        <w:autoSpaceDE w:val="0"/>
        <w:autoSpaceDN w:val="0"/>
        <w:spacing w:line="161" w:lineRule="exact" w:before="50" w:after="130"/>
        <w:ind w:left="2827" w:right="0" w:firstLine="0"/>
        <w:jc w:val="left"/>
      </w:pPr>
      <w:r>
        <w:rPr>
          <w:rFonts w:ascii="Calibri" w:hAnsi="Calibri" w:eastAsia="Calibri"/>
          <w:b/>
          <w:i/>
          <w:color w:val="000000"/>
          <w:sz w:val="16"/>
        </w:rPr>
        <w:t>Sub</w:t>
      </w:r>
      <w:r>
        <w:rPr>
          <w:rFonts w:ascii="Calibri" w:hAnsi="Calibri" w:eastAsia="Calibri"/>
          <w:b/>
          <w:i/>
          <w:color w:val="000000"/>
          <w:spacing w:val="1"/>
          <w:sz w:val="16"/>
        </w:rPr>
        <w:t>-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total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(</w:t>
      </w:r>
      <w:r>
        <w:rPr>
          <w:rFonts w:ascii="Calibri" w:hAnsi="Calibri" w:eastAsia="Calibri"/>
          <w:b/>
          <w:i/>
          <w:color w:val="000000"/>
          <w:sz w:val="16"/>
        </w:rPr>
        <w:t>1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)</w:t>
      </w:r>
      <w:r>
        <w:rPr>
          <w:rFonts w:ascii="Times New Roman" w:hAnsi="Times New Roman" w:eastAsia="Times New Roman"/>
          <w:b/>
          <w:color w:val="000000"/>
          <w:spacing w:val="102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245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112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889</w:t>
      </w:r>
      <w:r>
        <w:rPr>
          <w:rFonts w:ascii="Calibri" w:hAnsi="Calibri" w:eastAsia="Calibri"/>
          <w:b/>
          <w:i/>
          <w:color w:val="000000"/>
          <w:w w:val="98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96</w:t>
      </w:r>
      <w:r>
        <w:rPr>
          <w:rFonts w:ascii="Times New Roman" w:hAnsi="Times New Roman" w:eastAsia="Times New Roman"/>
          <w:b/>
          <w:color w:val="000000"/>
          <w:spacing w:val="123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1354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1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461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854</w:t>
      </w:r>
      <w:r>
        <w:rPr>
          <w:rFonts w:ascii="Calibri" w:hAnsi="Calibri" w:eastAsia="Calibri"/>
          <w:b/>
          <w:i/>
          <w:color w:val="000000"/>
          <w:w w:val="98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60</w:t>
      </w:r>
    </w:p>
    <w:p>
      <w:pPr>
        <w:widowControl/>
        <w:wordWrap w:val="0"/>
        <w:autoSpaceDE w:val="0"/>
        <w:autoSpaceDN w:val="0"/>
        <w:spacing w:line="161" w:lineRule="exact" w:before="261" w:after="25"/>
        <w:ind w:left="498" w:right="0" w:firstLine="0"/>
        <w:jc w:val="left"/>
      </w:pPr>
      <w:r>
        <w:rPr>
          <w:rFonts w:ascii="Calibri" w:hAnsi="Calibri" w:eastAsia="Calibri"/>
          <w:b/>
          <w:i w:val="0"/>
          <w:color w:val="000000"/>
          <w:w w:val="101"/>
          <w:sz w:val="16"/>
        </w:rPr>
        <w:t>Provisão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(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21</w:t>
      </w:r>
      <w:r>
        <w:rPr>
          <w:rFonts w:ascii="Calibri" w:hAnsi="Calibri" w:eastAsia="Calibri"/>
          <w:b/>
          <w:i w:val="0"/>
          <w:color w:val="000000"/>
          <w:w w:val="98"/>
          <w:sz w:val="16"/>
        </w:rPr>
        <w:t>,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57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sobre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base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FGTS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)</w:t>
      </w:r>
      <w:r>
        <w:rPr>
          <w:rFonts w:ascii="Times New Roman" w:hAnsi="Times New Roman" w:eastAsia="Times New Roman"/>
          <w:b w:val="0"/>
          <w:color w:val="000000"/>
          <w:spacing w:val="1049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329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17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061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01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482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204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732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09</w:t>
      </w:r>
    </w:p>
    <w:p>
      <w:pPr>
        <w:widowControl/>
        <w:wordWrap w:val="0"/>
        <w:autoSpaceDE w:val="0"/>
        <w:autoSpaceDN w:val="0"/>
        <w:spacing w:line="161" w:lineRule="exact" w:before="50" w:after="130"/>
        <w:ind w:left="2827" w:right="0" w:firstLine="0"/>
        <w:jc w:val="left"/>
      </w:pPr>
      <w:r>
        <w:rPr>
          <w:rFonts w:ascii="Calibri" w:hAnsi="Calibri" w:eastAsia="Calibri"/>
          <w:b/>
          <w:i/>
          <w:color w:val="000000"/>
          <w:sz w:val="16"/>
        </w:rPr>
        <w:t>Sub</w:t>
      </w:r>
      <w:r>
        <w:rPr>
          <w:rFonts w:ascii="Calibri" w:hAnsi="Calibri" w:eastAsia="Calibri"/>
          <w:b/>
          <w:i/>
          <w:color w:val="000000"/>
          <w:spacing w:val="1"/>
          <w:sz w:val="16"/>
        </w:rPr>
        <w:t>-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total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(</w:t>
      </w:r>
      <w:r>
        <w:rPr>
          <w:rFonts w:ascii="Calibri" w:hAnsi="Calibri" w:eastAsia="Calibri"/>
          <w:b/>
          <w:i/>
          <w:color w:val="000000"/>
          <w:sz w:val="16"/>
        </w:rPr>
        <w:t>2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)</w:t>
      </w:r>
      <w:r>
        <w:rPr>
          <w:rFonts w:ascii="Times New Roman" w:hAnsi="Times New Roman" w:eastAsia="Times New Roman"/>
          <w:b/>
          <w:color w:val="000000"/>
          <w:spacing w:val="102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326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17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061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01</w:t>
      </w:r>
      <w:r>
        <w:rPr>
          <w:rFonts w:ascii="Times New Roman" w:hAnsi="Times New Roman" w:eastAsia="Times New Roman"/>
          <w:b/>
          <w:color w:val="000000"/>
          <w:spacing w:val="123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1479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204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732</w:t>
      </w:r>
      <w:r>
        <w:rPr>
          <w:rFonts w:ascii="Calibri" w:hAnsi="Calibri" w:eastAsia="Calibri"/>
          <w:b/>
          <w:i/>
          <w:color w:val="000000"/>
          <w:w w:val="98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09</w:t>
      </w:r>
    </w:p>
    <w:p>
      <w:pPr>
        <w:widowControl/>
        <w:wordWrap w:val="0"/>
        <w:autoSpaceDE w:val="0"/>
        <w:autoSpaceDN w:val="0"/>
        <w:spacing w:line="161" w:lineRule="exact" w:before="261" w:after="25"/>
        <w:ind w:left="3533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16"/>
        </w:rPr>
        <w:t>Custos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16"/>
        </w:rPr>
        <w:t>Indiretos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353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Água</w:t>
      </w:r>
      <w:r>
        <w:rPr>
          <w:rFonts w:ascii="Calibri" w:hAnsi="Calibri" w:eastAsia="Calibri"/>
          <w:b w:val="0"/>
          <w:i w:val="0"/>
          <w:color w:val="000000"/>
          <w:spacing w:val="76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700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32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471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sz w:val="16"/>
        </w:rPr>
        <w:t>Luz</w:t>
      </w:r>
      <w:r>
        <w:rPr>
          <w:rFonts w:ascii="Calibri" w:hAnsi="Calibri" w:eastAsia="Calibri"/>
          <w:b w:val="0"/>
          <w:i w:val="0"/>
          <w:color w:val="000000"/>
          <w:spacing w:val="75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53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350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645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444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sz w:val="16"/>
        </w:rPr>
        <w:t>Gás</w:t>
      </w:r>
      <w:r>
        <w:rPr>
          <w:rFonts w:ascii="Calibri" w:hAnsi="Calibri" w:eastAsia="Calibri"/>
          <w:b w:val="0"/>
          <w:i w:val="0"/>
          <w:color w:val="000000"/>
          <w:spacing w:val="75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53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900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10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2349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w w:val="99"/>
          <w:sz w:val="16"/>
        </w:rPr>
        <w:t>Material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Pedagógico</w:t>
      </w:r>
      <w:r>
        <w:rPr>
          <w:rFonts w:ascii="Calibri" w:hAnsi="Calibri" w:eastAsia="Calibri"/>
          <w:b w:val="0"/>
          <w:i w:val="0"/>
          <w:color w:val="000000"/>
          <w:spacing w:val="76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7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411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88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942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56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2395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w w:val="99"/>
          <w:sz w:val="16"/>
        </w:rPr>
        <w:t>Material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99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limpeza</w:t>
      </w:r>
      <w:r>
        <w:rPr>
          <w:rFonts w:ascii="Calibri" w:hAnsi="Calibri" w:eastAsia="Calibri"/>
          <w:b w:val="0"/>
          <w:i w:val="0"/>
          <w:color w:val="000000"/>
          <w:spacing w:val="7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7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411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88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942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56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2388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w w:val="99"/>
          <w:sz w:val="16"/>
        </w:rPr>
        <w:t>Material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99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higiene</w:t>
      </w:r>
      <w:r>
        <w:rPr>
          <w:rFonts w:ascii="Times New Roman" w:hAnsi="Times New Roman" w:eastAsia="Times New Roman"/>
          <w:b w:val="0"/>
          <w:color w:val="000000"/>
          <w:spacing w:val="110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7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411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88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942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56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2287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w w:val="99"/>
          <w:sz w:val="16"/>
        </w:rPr>
        <w:t>Material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99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99"/>
          <w:sz w:val="16"/>
        </w:rPr>
        <w:t>escritorio</w:t>
      </w:r>
      <w:r>
        <w:rPr>
          <w:rFonts w:ascii="Calibri" w:hAnsi="Calibri" w:eastAsia="Calibri"/>
          <w:b w:val="0"/>
          <w:i w:val="0"/>
          <w:color w:val="000000"/>
          <w:spacing w:val="76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24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115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sz w:val="16"/>
        </w:rPr>
        <w:t>Telefone</w:t>
      </w:r>
      <w:r>
        <w:rPr>
          <w:rFonts w:ascii="Calibri" w:hAnsi="Calibri" w:eastAsia="Calibri"/>
          <w:b w:val="0"/>
          <w:i w:val="0"/>
          <w:color w:val="000000"/>
          <w:spacing w:val="76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1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12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2784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sz w:val="16"/>
        </w:rPr>
        <w:t>Contabilidade</w:t>
      </w:r>
      <w:r>
        <w:rPr>
          <w:rFonts w:ascii="Calibri" w:hAnsi="Calibri" w:eastAsia="Calibri"/>
          <w:b w:val="0"/>
          <w:i w:val="0"/>
          <w:color w:val="000000"/>
          <w:spacing w:val="76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075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24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909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60</w:t>
      </w:r>
    </w:p>
    <w:p>
      <w:pPr>
        <w:widowControl/>
        <w:wordWrap w:val="0"/>
        <w:autoSpaceDE w:val="0"/>
        <w:autoSpaceDN w:val="0"/>
        <w:spacing w:line="161" w:lineRule="exact" w:before="50" w:after="131"/>
        <w:ind w:left="2836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w w:val="99"/>
          <w:sz w:val="16"/>
        </w:rPr>
        <w:t>nutricionista</w:t>
      </w:r>
      <w:r>
        <w:rPr>
          <w:rFonts w:ascii="Times New Roman" w:hAnsi="Times New Roman" w:eastAsia="Times New Roman"/>
          <w:b w:val="0"/>
          <w:color w:val="000000"/>
          <w:spacing w:val="109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53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645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261" w:after="25"/>
        <w:ind w:left="1927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sz w:val="16"/>
        </w:rPr>
        <w:t>monitoramento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99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alarme</w:t>
      </w:r>
      <w:r>
        <w:rPr>
          <w:rFonts w:ascii="Times New Roman" w:hAnsi="Times New Roman" w:eastAsia="Times New Roman"/>
          <w:b w:val="0"/>
          <w:color w:val="000000"/>
          <w:spacing w:val="110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1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12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1363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sz w:val="16"/>
        </w:rPr>
        <w:t>Pequenas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Manutenções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unidade</w:t>
      </w:r>
      <w:r>
        <w:rPr>
          <w:rFonts w:ascii="Calibri" w:hAnsi="Calibri" w:eastAsia="Calibri"/>
          <w:b w:val="0"/>
          <w:i w:val="0"/>
          <w:color w:val="000000"/>
          <w:spacing w:val="76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24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50" w:after="130"/>
        <w:ind w:left="2928" w:right="0" w:firstLine="0"/>
        <w:jc w:val="left"/>
      </w:pPr>
      <w:r>
        <w:rPr>
          <w:rFonts w:ascii="Calibri" w:hAnsi="Calibri" w:eastAsia="Calibri"/>
          <w:b/>
          <w:i/>
          <w:color w:val="000000"/>
          <w:sz w:val="16"/>
        </w:rPr>
        <w:t>Sub</w:t>
      </w:r>
      <w:r>
        <w:rPr>
          <w:rFonts w:ascii="Calibri" w:hAnsi="Calibri" w:eastAsia="Calibri"/>
          <w:b/>
          <w:i/>
          <w:color w:val="000000"/>
          <w:spacing w:val="1"/>
          <w:sz w:val="16"/>
        </w:rPr>
        <w:t>-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total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3</w:t>
      </w:r>
      <w:r>
        <w:rPr>
          <w:rFonts w:ascii="Times New Roman" w:hAnsi="Times New Roman" w:eastAsia="Times New Roman"/>
          <w:b/>
          <w:color w:val="000000"/>
          <w:spacing w:val="102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326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35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361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44</w:t>
      </w:r>
      <w:r>
        <w:rPr>
          <w:rFonts w:ascii="Times New Roman" w:hAnsi="Times New Roman" w:eastAsia="Times New Roman"/>
          <w:b/>
          <w:color w:val="000000"/>
          <w:spacing w:val="123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1479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424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337</w:t>
      </w:r>
      <w:r>
        <w:rPr>
          <w:rFonts w:ascii="Calibri" w:hAnsi="Calibri" w:eastAsia="Calibri"/>
          <w:b/>
          <w:i/>
          <w:color w:val="000000"/>
          <w:w w:val="98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28</w:t>
      </w:r>
    </w:p>
    <w:p>
      <w:pPr>
        <w:widowControl/>
        <w:wordWrap w:val="0"/>
        <w:autoSpaceDE w:val="0"/>
        <w:autoSpaceDN w:val="0"/>
        <w:spacing w:line="161" w:lineRule="exact" w:before="261" w:after="130"/>
        <w:ind w:left="957" w:right="0" w:firstLine="0"/>
        <w:jc w:val="left"/>
      </w:pPr>
      <w:r>
        <w:rPr>
          <w:rFonts w:ascii="Calibri" w:hAnsi="Calibri" w:eastAsia="Calibri"/>
          <w:b/>
          <w:i/>
          <w:color w:val="000000"/>
          <w:sz w:val="16"/>
        </w:rPr>
        <w:t>Valor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sz w:val="16"/>
        </w:rPr>
        <w:t>Mensal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Subsídio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e</w:t>
      </w:r>
      <w:r>
        <w:rPr>
          <w:rFonts w:ascii="Calibri" w:hAnsi="Calibri" w:eastAsia="Calibri"/>
          <w:b/>
          <w:i/>
          <w:color w:val="000000"/>
          <w:spacing w:val="-1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sz w:val="16"/>
        </w:rPr>
        <w:t>manut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sz w:val="16"/>
        </w:rPr>
        <w:t>Unidade</w:t>
      </w:r>
      <w:r>
        <w:rPr>
          <w:rFonts w:ascii="Times New Roman" w:hAnsi="Times New Roman" w:eastAsia="Times New Roman"/>
          <w:b/>
          <w:color w:val="000000"/>
          <w:spacing w:val="103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245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165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312</w:t>
      </w:r>
      <w:r>
        <w:rPr>
          <w:rFonts w:ascii="Calibri" w:hAnsi="Calibri" w:eastAsia="Calibri"/>
          <w:b/>
          <w:i/>
          <w:color w:val="000000"/>
          <w:w w:val="98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41</w:t>
      </w:r>
      <w:r>
        <w:rPr>
          <w:rFonts w:ascii="Times New Roman" w:hAnsi="Times New Roman" w:eastAsia="Times New Roman"/>
          <w:b/>
          <w:color w:val="000000"/>
          <w:spacing w:val="123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1354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2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090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923</w:t>
      </w:r>
      <w:r>
        <w:rPr>
          <w:rFonts w:ascii="Calibri" w:hAnsi="Calibri" w:eastAsia="Calibri"/>
          <w:b/>
          <w:i/>
          <w:color w:val="000000"/>
          <w:w w:val="98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97</w:t>
      </w:r>
    </w:p>
    <w:p>
      <w:pPr>
        <w:widowControl/>
        <w:wordWrap w:val="0"/>
        <w:autoSpaceDE w:val="0"/>
        <w:autoSpaceDN w:val="0"/>
        <w:spacing w:line="161" w:lineRule="exact" w:before="261" w:after="25"/>
        <w:ind w:left="3804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16"/>
        </w:rPr>
        <w:t>Locação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168" w:right="0" w:firstLine="0"/>
        <w:jc w:val="left"/>
      </w:pPr>
      <w:r>
        <w:rPr>
          <w:rFonts w:ascii="Calibri" w:hAnsi="Calibri" w:eastAsia="Calibri"/>
          <w:b w:val="0"/>
          <w:i/>
          <w:color w:val="000000"/>
          <w:sz w:val="16"/>
        </w:rPr>
        <w:t>Aluguel</w:t>
      </w:r>
      <w:r>
        <w:rPr>
          <w:rFonts w:ascii="Times New Roman" w:hAnsi="Times New Roman" w:eastAsia="Times New Roman"/>
          <w:b w:val="0"/>
          <w:color w:val="000000"/>
          <w:spacing w:val="10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7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84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348" w:right="0" w:firstLine="0"/>
        <w:jc w:val="left"/>
      </w:pPr>
      <w:r>
        <w:rPr>
          <w:rFonts w:ascii="Calibri" w:hAnsi="Calibri" w:eastAsia="Calibri"/>
          <w:b w:val="0"/>
          <w:i/>
          <w:color w:val="000000"/>
          <w:w w:val="101"/>
          <w:sz w:val="16"/>
        </w:rPr>
        <w:t>IPTU</w:t>
      </w:r>
      <w:r>
        <w:rPr>
          <w:rFonts w:ascii="Times New Roman" w:hAnsi="Times New Roman" w:eastAsia="Times New Roman"/>
          <w:b w:val="0"/>
          <w:color w:val="000000"/>
          <w:spacing w:val="102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615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35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50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76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248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50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348" w:right="0" w:firstLine="0"/>
        <w:jc w:val="left"/>
      </w:pPr>
      <w:r>
        <w:rPr>
          <w:rFonts w:ascii="Calibri" w:hAnsi="Calibri" w:eastAsia="Calibri"/>
          <w:b w:val="0"/>
          <w:i/>
          <w:color w:val="000000"/>
          <w:w w:val="101"/>
          <w:sz w:val="16"/>
        </w:rPr>
        <w:t>IPTU</w:t>
      </w:r>
      <w:r>
        <w:rPr>
          <w:rFonts w:ascii="Times New Roman" w:hAnsi="Times New Roman" w:eastAsia="Times New Roman"/>
          <w:b w:val="0"/>
          <w:color w:val="000000"/>
          <w:spacing w:val="102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53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464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91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645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649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10</w:t>
      </w:r>
    </w:p>
    <w:p>
      <w:pPr>
        <w:widowControl/>
        <w:wordWrap w:val="0"/>
        <w:autoSpaceDE w:val="0"/>
        <w:autoSpaceDN w:val="0"/>
        <w:spacing w:line="161" w:lineRule="exact" w:before="50" w:after="130"/>
        <w:ind w:left="2928" w:right="0" w:firstLine="0"/>
        <w:jc w:val="left"/>
      </w:pPr>
      <w:r>
        <w:rPr>
          <w:rFonts w:ascii="Calibri" w:hAnsi="Calibri" w:eastAsia="Calibri"/>
          <w:b/>
          <w:i/>
          <w:color w:val="000000"/>
          <w:sz w:val="16"/>
        </w:rPr>
        <w:t>Sub</w:t>
      </w:r>
      <w:r>
        <w:rPr>
          <w:rFonts w:ascii="Calibri" w:hAnsi="Calibri" w:eastAsia="Calibri"/>
          <w:b/>
          <w:i/>
          <w:color w:val="000000"/>
          <w:spacing w:val="1"/>
          <w:sz w:val="16"/>
        </w:rPr>
        <w:t>-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total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4</w:t>
      </w:r>
      <w:r>
        <w:rPr>
          <w:rFonts w:ascii="Times New Roman" w:hAnsi="Times New Roman" w:eastAsia="Times New Roman"/>
          <w:b/>
          <w:color w:val="000000"/>
          <w:spacing w:val="102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408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7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500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41</w:t>
      </w:r>
      <w:r>
        <w:rPr>
          <w:rFonts w:ascii="Times New Roman" w:hAnsi="Times New Roman" w:eastAsia="Times New Roman"/>
          <w:b/>
          <w:color w:val="000000"/>
          <w:spacing w:val="123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156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88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897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60</w:t>
      </w:r>
    </w:p>
    <w:p>
      <w:pPr>
        <w:widowControl/>
        <w:wordWrap w:val="0"/>
        <w:autoSpaceDE w:val="0"/>
        <w:autoSpaceDN w:val="0"/>
        <w:spacing w:line="161" w:lineRule="exact" w:before="261" w:after="130"/>
        <w:ind w:left="2810" w:right="0" w:firstLine="0"/>
        <w:jc w:val="left"/>
      </w:pPr>
      <w:r>
        <w:rPr>
          <w:rFonts w:ascii="Calibri" w:hAnsi="Calibri" w:eastAsia="Calibri"/>
          <w:b/>
          <w:i w:val="0"/>
          <w:color w:val="000000"/>
          <w:spacing w:val="1"/>
          <w:sz w:val="16"/>
        </w:rPr>
        <w:t>VERBA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16"/>
        </w:rPr>
        <w:t>ADICIONAL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2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16"/>
        </w:rPr>
        <w:t>Maio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e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Setembro</w:t>
      </w:r>
    </w:p>
    <w:p>
      <w:pPr>
        <w:widowControl/>
        <w:wordWrap w:val="0"/>
        <w:autoSpaceDE w:val="0"/>
        <w:autoSpaceDN w:val="0"/>
        <w:spacing w:line="161" w:lineRule="exact" w:before="261" w:after="25"/>
        <w:ind w:left="498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16"/>
        </w:rPr>
        <w:t>Subsidio</w:t>
      </w:r>
      <w:r>
        <w:rPr>
          <w:rFonts w:ascii="Calibri" w:hAnsi="Calibri" w:eastAsia="Calibri"/>
          <w:b/>
          <w:i w:val="0"/>
          <w:color w:val="000000"/>
          <w:spacing w:val="2727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Valores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Previstos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498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16"/>
        </w:rPr>
        <w:t>Qualificação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Recursos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Humanos</w:t>
      </w:r>
      <w:r>
        <w:rPr>
          <w:rFonts w:ascii="Times New Roman" w:hAnsi="Times New Roman" w:eastAsia="Times New Roman"/>
          <w:b w:val="0"/>
          <w:color w:val="000000"/>
          <w:spacing w:val="1102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36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50" w:after="130"/>
        <w:ind w:left="498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16"/>
        </w:rPr>
        <w:t>Auxilio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16"/>
        </w:rPr>
        <w:t>no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Pagamento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16"/>
        </w:rPr>
        <w:t>férias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e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13º</w:t>
      </w:r>
      <w:r>
        <w:rPr>
          <w:rFonts w:ascii="Times New Roman" w:hAnsi="Times New Roman" w:eastAsia="Times New Roman"/>
          <w:b w:val="0"/>
          <w:color w:val="000000"/>
          <w:spacing w:val="96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36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261" w:after="25"/>
        <w:ind w:left="498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16"/>
        </w:rPr>
        <w:t>Aquisição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16"/>
        </w:rPr>
        <w:t>Material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Pedagógico</w:t>
      </w:r>
      <w:r>
        <w:rPr>
          <w:rFonts w:ascii="Times New Roman" w:hAnsi="Times New Roman" w:eastAsia="Times New Roman"/>
          <w:b w:val="0"/>
          <w:color w:val="000000"/>
          <w:spacing w:val="1175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350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01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498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16"/>
        </w:rPr>
        <w:t>Aquisição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bens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permanentes</w:t>
      </w:r>
      <w:r>
        <w:rPr>
          <w:rFonts w:ascii="Times New Roman" w:hAnsi="Times New Roman" w:eastAsia="Times New Roman"/>
          <w:b w:val="0"/>
          <w:color w:val="000000"/>
          <w:spacing w:val="1302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32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962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40</w:t>
      </w:r>
    </w:p>
    <w:p>
      <w:pPr>
        <w:widowControl/>
        <w:wordWrap w:val="0"/>
        <w:autoSpaceDE w:val="0"/>
        <w:autoSpaceDN w:val="0"/>
        <w:spacing w:line="161" w:lineRule="exact" w:before="50" w:after="0"/>
        <w:ind w:left="498" w:right="0" w:firstLine="0"/>
        <w:jc w:val="left"/>
      </w:pPr>
      <w:r>
        <w:rPr>
          <w:rFonts w:ascii="Calibri" w:hAnsi="Calibri" w:eastAsia="Calibri"/>
          <w:b/>
          <w:i/>
          <w:color w:val="000000"/>
          <w:sz w:val="16"/>
        </w:rPr>
        <w:t>Total</w:t>
      </w:r>
      <w:r>
        <w:rPr>
          <w:rFonts w:ascii="Times New Roman" w:hAnsi="Times New Roman" w:eastAsia="Times New Roman"/>
          <w:b/>
          <w:color w:val="000000"/>
          <w:spacing w:val="3034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165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312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41</w:t>
      </w:r>
    </w:p>
    <w:sectPr w:rsidR="00FC693F" w:rsidRPr="0006063C" w:rsidSect="00034616">
      <w:pgSz w:w="11904" w:h="16836"/>
      <w:pgMar w:top="544" w:right="1440" w:bottom="723" w:left="692" w:header="720" w:footer="720" w:gutter="0"/>
      <w:cols w:space="720" w:num="1" w:equalWidth="0">
        <w:col w:w="9772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20231008</dc:description>
  <cp:lastModifiedBy>LightPDF</cp:lastModifiedBy>
  <cp:revision>1</cp:revision>
  <dcterms:created xsi:type="dcterms:W3CDTF">2025-05-09T11:48:58Z</dcterms:created>
  <dcterms:modified xsi:type="dcterms:W3CDTF">2025-05-09T11:48:58Z</dcterms:modified>
  <cp:category/>
</cp:coreProperties>
</file>